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543EE" w14:textId="77777777" w:rsidR="000F6E81" w:rsidRPr="00C227EF" w:rsidRDefault="00000000">
      <w:pPr>
        <w:pStyle w:val="Heading1"/>
        <w:rPr>
          <w:color w:val="000000" w:themeColor="text1"/>
        </w:rPr>
      </w:pPr>
      <w:r w:rsidRPr="00C227EF">
        <w:rPr>
          <w:rFonts w:ascii="Arial Black" w:hAnsi="Arial Black"/>
          <w:color w:val="000000" w:themeColor="text1"/>
          <w:sz w:val="56"/>
        </w:rPr>
        <w:t>Horizon Forbidden West</w:t>
      </w:r>
    </w:p>
    <w:p w14:paraId="17ABC5B9" w14:textId="77777777" w:rsidR="000F6E81" w:rsidRPr="00C227EF" w:rsidRDefault="00000000">
      <w:pPr>
        <w:rPr>
          <w:color w:val="632423" w:themeColor="accent2" w:themeShade="80"/>
        </w:rPr>
      </w:pPr>
      <w:r w:rsidRPr="00C227EF">
        <w:rPr>
          <w:rFonts w:ascii="Calibri" w:hAnsi="Calibri"/>
          <w:i/>
          <w:color w:val="632423" w:themeColor="accent2" w:themeShade="80"/>
          <w:sz w:val="32"/>
        </w:rPr>
        <w:t>Experience the ultimate gaming journey!</w:t>
      </w:r>
    </w:p>
    <w:p w14:paraId="33CD0FE4" w14:textId="10CF0C99" w:rsidR="000F6E81" w:rsidRPr="00C227EF" w:rsidRDefault="00000000">
      <w:pPr>
        <w:rPr>
          <w:color w:val="000000" w:themeColor="text1"/>
        </w:rPr>
      </w:pPr>
      <w:r w:rsidRPr="00C227EF">
        <w:rPr>
          <w:color w:val="000000" w:themeColor="text1"/>
        </w:rPr>
        <w:t>——————————————————————————————————————</w:t>
      </w:r>
    </w:p>
    <w:p w14:paraId="5CE774D2" w14:textId="77777777" w:rsidR="000F6E81" w:rsidRDefault="00000000">
      <w:pPr>
        <w:pStyle w:val="Heading2"/>
      </w:pPr>
      <w:r w:rsidRPr="00C227EF">
        <w:rPr>
          <w:color w:val="632423" w:themeColor="accent2" w:themeShade="80"/>
        </w:rPr>
        <w:t>🎮 Game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F6E81" w14:paraId="24CD423D" w14:textId="77777777">
        <w:tc>
          <w:tcPr>
            <w:tcW w:w="4320" w:type="dxa"/>
          </w:tcPr>
          <w:p w14:paraId="367971B5" w14:textId="77777777" w:rsidR="000F6E81" w:rsidRDefault="00000000">
            <w:r>
              <w:rPr>
                <w:b/>
              </w:rPr>
              <w:t>Developer</w:t>
            </w:r>
          </w:p>
        </w:tc>
        <w:tc>
          <w:tcPr>
            <w:tcW w:w="4320" w:type="dxa"/>
          </w:tcPr>
          <w:p w14:paraId="6C0C094A" w14:textId="14F4EE4D" w:rsidR="000F6E81" w:rsidRPr="00A407AF" w:rsidRDefault="00C227EF">
            <w:pPr>
              <w:rPr>
                <w:color w:val="632423" w:themeColor="accent2" w:themeShade="80"/>
              </w:rPr>
            </w:pPr>
            <w:r w:rsidRPr="00A407AF">
              <w:rPr>
                <w:color w:val="632423" w:themeColor="accent2" w:themeShade="80"/>
              </w:rPr>
              <w:t> </w:t>
            </w:r>
            <w:hyperlink r:id="rId6" w:history="1">
              <w:r w:rsidRPr="00A407AF">
                <w:rPr>
                  <w:rStyle w:val="Hyperlink"/>
                  <w:color w:val="632423" w:themeColor="accent2" w:themeShade="80"/>
                  <w:u w:val="none"/>
                </w:rPr>
                <w:t>Guerrilla</w:t>
              </w:r>
            </w:hyperlink>
            <w:r w:rsidRPr="00A407AF">
              <w:rPr>
                <w:color w:val="632423" w:themeColor="accent2" w:themeShade="80"/>
              </w:rPr>
              <w:t>, </w:t>
            </w:r>
            <w:proofErr w:type="spellStart"/>
            <w:r w:rsidRPr="00A407AF">
              <w:rPr>
                <w:color w:val="632423" w:themeColor="accent2" w:themeShade="80"/>
              </w:rPr>
              <w:fldChar w:fldCharType="begin"/>
            </w:r>
            <w:r w:rsidRPr="00A407AF">
              <w:rPr>
                <w:color w:val="632423" w:themeColor="accent2" w:themeShade="80"/>
              </w:rPr>
              <w:instrText>HYPERLINK "https://store.steampowered.com/developer/playstationstudios?snr=1_5_9__408"</w:instrText>
            </w:r>
            <w:r w:rsidRPr="00A407AF">
              <w:rPr>
                <w:color w:val="632423" w:themeColor="accent2" w:themeShade="80"/>
              </w:rPr>
            </w:r>
            <w:r w:rsidRPr="00A407AF">
              <w:rPr>
                <w:color w:val="632423" w:themeColor="accent2" w:themeShade="80"/>
              </w:rPr>
              <w:fldChar w:fldCharType="separate"/>
            </w:r>
            <w:r w:rsidRPr="00A407AF">
              <w:rPr>
                <w:rStyle w:val="Hyperlink"/>
                <w:color w:val="632423" w:themeColor="accent2" w:themeShade="80"/>
                <w:u w:val="none"/>
              </w:rPr>
              <w:t>Nixxes</w:t>
            </w:r>
            <w:proofErr w:type="spellEnd"/>
            <w:r w:rsidRPr="00A407AF">
              <w:rPr>
                <w:rStyle w:val="Hyperlink"/>
                <w:color w:val="632423" w:themeColor="accent2" w:themeShade="80"/>
                <w:u w:val="none"/>
              </w:rPr>
              <w:t xml:space="preserve"> Software</w:t>
            </w:r>
            <w:r w:rsidRPr="00A407AF">
              <w:rPr>
                <w:color w:val="632423" w:themeColor="accent2" w:themeShade="80"/>
              </w:rPr>
              <w:fldChar w:fldCharType="end"/>
            </w:r>
          </w:p>
        </w:tc>
      </w:tr>
      <w:tr w:rsidR="000F6E81" w14:paraId="56F7F601" w14:textId="77777777">
        <w:tc>
          <w:tcPr>
            <w:tcW w:w="4320" w:type="dxa"/>
          </w:tcPr>
          <w:p w14:paraId="7172D66E" w14:textId="77777777" w:rsidR="000F6E81" w:rsidRDefault="00000000">
            <w:r>
              <w:rPr>
                <w:b/>
              </w:rPr>
              <w:t>Publisher</w:t>
            </w:r>
          </w:p>
        </w:tc>
        <w:tc>
          <w:tcPr>
            <w:tcW w:w="4320" w:type="dxa"/>
          </w:tcPr>
          <w:p w14:paraId="5D99239C" w14:textId="064C921C" w:rsidR="000F6E81" w:rsidRPr="00A407AF" w:rsidRDefault="00C227EF">
            <w:pPr>
              <w:rPr>
                <w:color w:val="632423" w:themeColor="accent2" w:themeShade="80"/>
              </w:rPr>
            </w:pPr>
            <w:r w:rsidRPr="00A407AF">
              <w:rPr>
                <w:color w:val="632423" w:themeColor="accent2" w:themeShade="80"/>
              </w:rPr>
              <w:t> </w:t>
            </w:r>
            <w:hyperlink r:id="rId7" w:history="1">
              <w:r w:rsidRPr="00A407AF">
                <w:rPr>
                  <w:rStyle w:val="Hyperlink"/>
                  <w:color w:val="632423" w:themeColor="accent2" w:themeShade="80"/>
                  <w:u w:val="none"/>
                </w:rPr>
                <w:t>PlayStation Publishing LLC</w:t>
              </w:r>
            </w:hyperlink>
          </w:p>
        </w:tc>
      </w:tr>
      <w:tr w:rsidR="000F6E81" w14:paraId="368F1754" w14:textId="77777777">
        <w:tc>
          <w:tcPr>
            <w:tcW w:w="4320" w:type="dxa"/>
          </w:tcPr>
          <w:p w14:paraId="01A57882" w14:textId="77777777" w:rsidR="000F6E81" w:rsidRDefault="00000000">
            <w:r>
              <w:rPr>
                <w:b/>
              </w:rPr>
              <w:t>Release Date</w:t>
            </w:r>
          </w:p>
        </w:tc>
        <w:tc>
          <w:tcPr>
            <w:tcW w:w="4320" w:type="dxa"/>
          </w:tcPr>
          <w:p w14:paraId="440CB52B" w14:textId="7946CEE6" w:rsidR="000F6E81" w:rsidRPr="00A407AF" w:rsidRDefault="00C227EF">
            <w:pPr>
              <w:rPr>
                <w:color w:val="632423" w:themeColor="accent2" w:themeShade="80"/>
              </w:rPr>
            </w:pPr>
            <w:r w:rsidRPr="00A407AF">
              <w:rPr>
                <w:color w:val="632423" w:themeColor="accent2" w:themeShade="80"/>
              </w:rPr>
              <w:t>21 Mar, 2024</w:t>
            </w:r>
          </w:p>
        </w:tc>
      </w:tr>
      <w:tr w:rsidR="000F6E81" w14:paraId="3C456094" w14:textId="77777777">
        <w:tc>
          <w:tcPr>
            <w:tcW w:w="4320" w:type="dxa"/>
          </w:tcPr>
          <w:p w14:paraId="2A7EB541" w14:textId="77777777" w:rsidR="000F6E81" w:rsidRDefault="00000000">
            <w:r>
              <w:rPr>
                <w:b/>
              </w:rPr>
              <w:t>Genre</w:t>
            </w:r>
          </w:p>
        </w:tc>
        <w:tc>
          <w:tcPr>
            <w:tcW w:w="4320" w:type="dxa"/>
          </w:tcPr>
          <w:p w14:paraId="59FC39E1" w14:textId="17D3D81B" w:rsidR="000F6E81" w:rsidRPr="00A407AF" w:rsidRDefault="00C227EF">
            <w:pPr>
              <w:rPr>
                <w:color w:val="632423" w:themeColor="accent2" w:themeShade="80"/>
              </w:rPr>
            </w:pPr>
            <w:r w:rsidRPr="00A407AF">
              <w:rPr>
                <w:color w:val="632423" w:themeColor="accent2" w:themeShade="80"/>
              </w:rPr>
              <w:t> </w:t>
            </w:r>
            <w:hyperlink r:id="rId8" w:history="1">
              <w:r w:rsidRPr="00A407AF">
                <w:rPr>
                  <w:rStyle w:val="Hyperlink"/>
                  <w:color w:val="632423" w:themeColor="accent2" w:themeShade="80"/>
                  <w:u w:val="none"/>
                </w:rPr>
                <w:t>Action</w:t>
              </w:r>
            </w:hyperlink>
            <w:r w:rsidRPr="00A407AF">
              <w:rPr>
                <w:color w:val="632423" w:themeColor="accent2" w:themeShade="80"/>
              </w:rPr>
              <w:t>, </w:t>
            </w:r>
            <w:hyperlink r:id="rId9" w:history="1">
              <w:r w:rsidRPr="00A407AF">
                <w:rPr>
                  <w:rStyle w:val="Hyperlink"/>
                  <w:color w:val="632423" w:themeColor="accent2" w:themeShade="80"/>
                  <w:u w:val="none"/>
                </w:rPr>
                <w:t>RPG</w:t>
              </w:r>
            </w:hyperlink>
          </w:p>
        </w:tc>
      </w:tr>
      <w:tr w:rsidR="000F6E81" w14:paraId="3717F2DA" w14:textId="77777777">
        <w:tc>
          <w:tcPr>
            <w:tcW w:w="4320" w:type="dxa"/>
          </w:tcPr>
          <w:p w14:paraId="4C96E090" w14:textId="77777777" w:rsidR="000F6E81" w:rsidRDefault="00000000">
            <w:r>
              <w:rPr>
                <w:b/>
              </w:rPr>
              <w:t>Platforms</w:t>
            </w:r>
          </w:p>
        </w:tc>
        <w:tc>
          <w:tcPr>
            <w:tcW w:w="4320" w:type="dxa"/>
          </w:tcPr>
          <w:p w14:paraId="5331C323" w14:textId="5FA2496A" w:rsidR="000F6E81" w:rsidRPr="00A407AF" w:rsidRDefault="00C227EF">
            <w:pPr>
              <w:rPr>
                <w:color w:val="632423" w:themeColor="accent2" w:themeShade="80"/>
              </w:rPr>
            </w:pPr>
            <w:r w:rsidRPr="00A407AF">
              <w:rPr>
                <w:color w:val="632423" w:themeColor="accent2" w:themeShade="80"/>
              </w:rPr>
              <w:t>PS5, PC</w:t>
            </w:r>
          </w:p>
        </w:tc>
      </w:tr>
    </w:tbl>
    <w:p w14:paraId="68A607DC" w14:textId="77777777" w:rsidR="000F6E81" w:rsidRPr="00C227EF" w:rsidRDefault="00000000">
      <w:pPr>
        <w:pStyle w:val="Heading2"/>
        <w:rPr>
          <w:color w:val="632423" w:themeColor="accent2" w:themeShade="80"/>
        </w:rPr>
      </w:pPr>
      <w:r w:rsidRPr="00C227EF">
        <w:rPr>
          <w:color w:val="632423" w:themeColor="accent2" w:themeShade="80"/>
        </w:rPr>
        <w:t>📝 Description</w:t>
      </w:r>
    </w:p>
    <w:p w14:paraId="44888359" w14:textId="6F6ED3E1" w:rsidR="000F6E81" w:rsidRDefault="00C227EF">
      <w:r w:rsidRPr="00C227EF">
        <w:t>Experience the epic Horizon Forbidden West™ in its entirety with bonus content and the Burning Shores expansion included.</w:t>
      </w:r>
    </w:p>
    <w:p w14:paraId="4423D3E9" w14:textId="77777777" w:rsidR="000F6E81" w:rsidRPr="00C227EF" w:rsidRDefault="00000000">
      <w:pPr>
        <w:pStyle w:val="Heading2"/>
        <w:rPr>
          <w:color w:val="632423" w:themeColor="accent2" w:themeShade="80"/>
        </w:rPr>
      </w:pPr>
      <w:r w:rsidRPr="00C227EF">
        <w:rPr>
          <w:color w:val="632423" w:themeColor="accent2" w:themeShade="80"/>
        </w:rPr>
        <w:t>✨ Key Features</w:t>
      </w:r>
    </w:p>
    <w:p w14:paraId="2D855EAC" w14:textId="30EAF8BC" w:rsidR="000F6E81" w:rsidRDefault="00000000">
      <w:r>
        <w:rPr>
          <w:color w:val="FF3333"/>
        </w:rPr>
        <w:t>• Open World Exploration</w:t>
      </w:r>
      <w:r>
        <w:rPr>
          <w:color w:val="FF3333"/>
        </w:rPr>
        <w:br/>
      </w:r>
      <w:r>
        <w:rPr>
          <w:color w:val="FF9933"/>
        </w:rPr>
        <w:t>•</w:t>
      </w:r>
      <w:r w:rsidR="00C227EF">
        <w:rPr>
          <w:color w:val="FF9933"/>
        </w:rPr>
        <w:t xml:space="preserve"> Single</w:t>
      </w:r>
      <w:r>
        <w:rPr>
          <w:color w:val="FF9933"/>
        </w:rPr>
        <w:t xml:space="preserve">player </w:t>
      </w:r>
      <w:r>
        <w:rPr>
          <w:color w:val="FF9933"/>
        </w:rPr>
        <w:br/>
      </w:r>
      <w:r>
        <w:rPr>
          <w:color w:val="33CCFF"/>
        </w:rPr>
        <w:t>• Stunning Graphics</w:t>
      </w:r>
    </w:p>
    <w:p w14:paraId="708DBBD5" w14:textId="77777777" w:rsidR="000F6E81" w:rsidRPr="00C227EF" w:rsidRDefault="00000000">
      <w:pPr>
        <w:pStyle w:val="Heading2"/>
        <w:rPr>
          <w:color w:val="632423" w:themeColor="accent2" w:themeShade="80"/>
        </w:rPr>
      </w:pPr>
      <w:r w:rsidRPr="00C227EF">
        <w:rPr>
          <w:color w:val="632423" w:themeColor="accent2" w:themeShade="80"/>
        </w:rPr>
        <w:t>📸 Screenshots</w:t>
      </w:r>
    </w:p>
    <w:p w14:paraId="086BC1EF" w14:textId="64612A3C" w:rsidR="000F6E81" w:rsidRDefault="00A407AF">
      <w:r>
        <w:rPr>
          <w:noProof/>
        </w:rPr>
        <w:drawing>
          <wp:inline distT="0" distB="0" distL="0" distR="0" wp14:anchorId="39FD7C55" wp14:editId="72FD9C5C">
            <wp:extent cx="1676400" cy="783535"/>
            <wp:effectExtent l="0" t="0" r="0" b="0"/>
            <wp:docPr id="299594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88" cy="79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7AF">
        <w:t xml:space="preserve"> </w:t>
      </w:r>
      <w:r>
        <w:rPr>
          <w:noProof/>
        </w:rPr>
        <w:drawing>
          <wp:inline distT="0" distB="0" distL="0" distR="0" wp14:anchorId="3BE2075F" wp14:editId="3E82C9D8">
            <wp:extent cx="1371600" cy="771525"/>
            <wp:effectExtent l="0" t="0" r="0" b="9525"/>
            <wp:docPr id="12931465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23" cy="7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7AF">
        <w:t xml:space="preserve"> </w:t>
      </w:r>
      <w:r>
        <w:rPr>
          <w:noProof/>
        </w:rPr>
        <w:drawing>
          <wp:inline distT="0" distB="0" distL="0" distR="0" wp14:anchorId="19CBD231" wp14:editId="41398E68">
            <wp:extent cx="1381125" cy="776883"/>
            <wp:effectExtent l="0" t="0" r="0" b="4445"/>
            <wp:docPr id="11792389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56" cy="7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A280" w14:textId="77777777" w:rsidR="000F6E81" w:rsidRPr="00C227EF" w:rsidRDefault="00000000">
      <w:pPr>
        <w:pStyle w:val="Heading2"/>
        <w:rPr>
          <w:color w:val="632423" w:themeColor="accent2" w:themeShade="80"/>
        </w:rPr>
      </w:pPr>
      <w:r w:rsidRPr="00C227EF">
        <w:rPr>
          <w:color w:val="632423" w:themeColor="accent2" w:themeShade="80"/>
        </w:rPr>
        <w:t>💻 System Requirements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F6E81" w14:paraId="7C578D58" w14:textId="77777777">
        <w:tc>
          <w:tcPr>
            <w:tcW w:w="4320" w:type="dxa"/>
          </w:tcPr>
          <w:p w14:paraId="5895D693" w14:textId="77777777" w:rsidR="000F6E81" w:rsidRPr="00A407AF" w:rsidRDefault="00000000">
            <w:pPr>
              <w:rPr>
                <w:color w:val="943634" w:themeColor="accent2" w:themeShade="BF"/>
              </w:rPr>
            </w:pPr>
            <w:r w:rsidRPr="00A407AF">
              <w:rPr>
                <w:b/>
                <w:color w:val="943634" w:themeColor="accent2" w:themeShade="BF"/>
              </w:rPr>
              <w:t>Minimum Requirements</w:t>
            </w:r>
          </w:p>
        </w:tc>
        <w:tc>
          <w:tcPr>
            <w:tcW w:w="4320" w:type="dxa"/>
          </w:tcPr>
          <w:p w14:paraId="0755A996" w14:textId="77777777" w:rsidR="000F6E81" w:rsidRPr="00A407AF" w:rsidRDefault="00000000">
            <w:pPr>
              <w:rPr>
                <w:color w:val="943634" w:themeColor="accent2" w:themeShade="BF"/>
              </w:rPr>
            </w:pPr>
            <w:r w:rsidRPr="00A407AF">
              <w:rPr>
                <w:b/>
                <w:color w:val="943634" w:themeColor="accent2" w:themeShade="BF"/>
              </w:rPr>
              <w:t>Recommended Requirements</w:t>
            </w:r>
          </w:p>
        </w:tc>
      </w:tr>
      <w:tr w:rsidR="000F6E81" w14:paraId="79C43B1B" w14:textId="77777777">
        <w:tc>
          <w:tcPr>
            <w:tcW w:w="4320" w:type="dxa"/>
          </w:tcPr>
          <w:p w14:paraId="45D66F77" w14:textId="0862B6B5" w:rsidR="000F6E81" w:rsidRDefault="00000000">
            <w:r>
              <w:t xml:space="preserve">Processor: </w:t>
            </w:r>
            <w:r w:rsidR="00A407AF" w:rsidRPr="00A407AF">
              <w:t> Intel Core i3-8100 or AMD Ryzen 3 1300X</w:t>
            </w:r>
          </w:p>
        </w:tc>
        <w:tc>
          <w:tcPr>
            <w:tcW w:w="4320" w:type="dxa"/>
          </w:tcPr>
          <w:p w14:paraId="4E7F03DE" w14:textId="164C1BBD" w:rsidR="000F6E81" w:rsidRDefault="00000000">
            <w:r>
              <w:t xml:space="preserve">Processor: </w:t>
            </w:r>
            <w:r w:rsidR="00A407AF" w:rsidRPr="00A407AF">
              <w:t> Intel Core i5-8600 or AMD Ryzen 5 3600</w:t>
            </w:r>
          </w:p>
        </w:tc>
      </w:tr>
      <w:tr w:rsidR="000F6E81" w14:paraId="6A314E31" w14:textId="77777777">
        <w:tc>
          <w:tcPr>
            <w:tcW w:w="4320" w:type="dxa"/>
          </w:tcPr>
          <w:p w14:paraId="781C6461" w14:textId="60AD3ACC" w:rsidR="000F6E81" w:rsidRDefault="00000000">
            <w:r>
              <w:t xml:space="preserve">RAM: </w:t>
            </w:r>
            <w:r w:rsidR="00A407AF" w:rsidRPr="00A407AF">
              <w:t>16 GB RAM</w:t>
            </w:r>
          </w:p>
        </w:tc>
        <w:tc>
          <w:tcPr>
            <w:tcW w:w="4320" w:type="dxa"/>
          </w:tcPr>
          <w:p w14:paraId="7443DAE4" w14:textId="5D14BEC8" w:rsidR="000F6E81" w:rsidRDefault="00000000">
            <w:r>
              <w:t xml:space="preserve">RAM: </w:t>
            </w:r>
            <w:r w:rsidR="00A407AF" w:rsidRPr="00A407AF">
              <w:t>16 GB RAM</w:t>
            </w:r>
          </w:p>
        </w:tc>
      </w:tr>
      <w:tr w:rsidR="000F6E81" w14:paraId="68AAAE80" w14:textId="77777777">
        <w:tc>
          <w:tcPr>
            <w:tcW w:w="4320" w:type="dxa"/>
          </w:tcPr>
          <w:p w14:paraId="0091A744" w14:textId="14BAD22F" w:rsidR="000F6E81" w:rsidRDefault="00000000">
            <w:r>
              <w:t xml:space="preserve">Graphics: </w:t>
            </w:r>
            <w:r w:rsidR="00A407AF" w:rsidRPr="00A407AF">
              <w:t>NVIDIA GeForce GTX 1650 4GB or AMD Radeon RX 5500XT 4GB</w:t>
            </w:r>
          </w:p>
        </w:tc>
        <w:tc>
          <w:tcPr>
            <w:tcW w:w="4320" w:type="dxa"/>
          </w:tcPr>
          <w:p w14:paraId="6ECA79AC" w14:textId="3D09C045" w:rsidR="000F6E81" w:rsidRDefault="00000000">
            <w:r>
              <w:t>Graphics:</w:t>
            </w:r>
            <w:r w:rsidR="00A407AF">
              <w:t xml:space="preserve"> </w:t>
            </w:r>
            <w:r w:rsidR="00A407AF" w:rsidRPr="00A407AF">
              <w:t>NVIDIA GeForce RTX 3060 or AMD Radeon RX 5700</w:t>
            </w:r>
          </w:p>
        </w:tc>
      </w:tr>
      <w:tr w:rsidR="000F6E81" w14:paraId="365F5F68" w14:textId="77777777">
        <w:tc>
          <w:tcPr>
            <w:tcW w:w="4320" w:type="dxa"/>
          </w:tcPr>
          <w:p w14:paraId="76F542FB" w14:textId="1632A4B8" w:rsidR="000F6E81" w:rsidRDefault="00000000">
            <w:r>
              <w:t xml:space="preserve">Storage: </w:t>
            </w:r>
            <w:r w:rsidR="00A407AF" w:rsidRPr="00A407AF">
              <w:t> 150 GB available space</w:t>
            </w:r>
          </w:p>
        </w:tc>
        <w:tc>
          <w:tcPr>
            <w:tcW w:w="4320" w:type="dxa"/>
          </w:tcPr>
          <w:p w14:paraId="3A179943" w14:textId="52C0D77D" w:rsidR="000F6E81" w:rsidRDefault="00000000">
            <w:r>
              <w:t xml:space="preserve">Storage: </w:t>
            </w:r>
            <w:r w:rsidR="00A407AF" w:rsidRPr="00A407AF">
              <w:t>150 GB available space</w:t>
            </w:r>
          </w:p>
        </w:tc>
      </w:tr>
    </w:tbl>
    <w:p w14:paraId="03DBD7E0" w14:textId="415F9256" w:rsidR="000F6E81" w:rsidRDefault="000F6E81">
      <w:pPr>
        <w:jc w:val="center"/>
      </w:pPr>
    </w:p>
    <w:sectPr w:rsidR="000F6E8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07394719">
    <w:abstractNumId w:val="8"/>
  </w:num>
  <w:num w:numId="2" w16cid:durableId="1925215962">
    <w:abstractNumId w:val="6"/>
  </w:num>
  <w:num w:numId="3" w16cid:durableId="589431028">
    <w:abstractNumId w:val="5"/>
  </w:num>
  <w:num w:numId="4" w16cid:durableId="913441796">
    <w:abstractNumId w:val="4"/>
  </w:num>
  <w:num w:numId="5" w16cid:durableId="260143019">
    <w:abstractNumId w:val="7"/>
  </w:num>
  <w:num w:numId="6" w16cid:durableId="1245381895">
    <w:abstractNumId w:val="3"/>
  </w:num>
  <w:num w:numId="7" w16cid:durableId="1991980294">
    <w:abstractNumId w:val="2"/>
  </w:num>
  <w:num w:numId="8" w16cid:durableId="679813781">
    <w:abstractNumId w:val="1"/>
  </w:num>
  <w:num w:numId="9" w16cid:durableId="1251281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F6E81"/>
    <w:rsid w:val="0015074B"/>
    <w:rsid w:val="0029639D"/>
    <w:rsid w:val="00326F90"/>
    <w:rsid w:val="00A407AF"/>
    <w:rsid w:val="00AA1D8D"/>
    <w:rsid w:val="00B47730"/>
    <w:rsid w:val="00C227EF"/>
    <w:rsid w:val="00C61069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A65852"/>
  <w14:defaultImageDpi w14:val="300"/>
  <w15:docId w15:val="{4C277D5D-B997-4E56-BC9D-97CD315D6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C227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genre/Action/?snr=1_5_9__40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tore.steampowered.com/publisher/playstationstudios?snr=1_5_9__408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tore.steampowered.com/developer/playstationstudios?snr=1_5_9__408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store.steampowered.com/genre/RPG/?snr=1_5_9__4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abdul kabeer</cp:lastModifiedBy>
  <cp:revision>2</cp:revision>
  <dcterms:created xsi:type="dcterms:W3CDTF">2013-12-23T23:15:00Z</dcterms:created>
  <dcterms:modified xsi:type="dcterms:W3CDTF">2024-11-23T12:50:00Z</dcterms:modified>
  <cp:category/>
</cp:coreProperties>
</file>