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3F747" w14:textId="77777777" w:rsidR="003C7048" w:rsidRPr="00C1729B" w:rsidRDefault="00000000">
      <w:pPr>
        <w:pStyle w:val="Heading1"/>
        <w:rPr>
          <w:color w:val="0D0D0D" w:themeColor="text1" w:themeTint="F2"/>
        </w:rPr>
      </w:pPr>
      <w:r w:rsidRPr="00C1729B">
        <w:rPr>
          <w:rFonts w:ascii="Arial Black" w:hAnsi="Arial Black"/>
          <w:color w:val="0D0D0D" w:themeColor="text1" w:themeTint="F2"/>
          <w:sz w:val="56"/>
        </w:rPr>
        <w:t>Halo Infinite</w:t>
      </w:r>
    </w:p>
    <w:p w14:paraId="52224897" w14:textId="77777777" w:rsidR="003C7048" w:rsidRPr="00C1729B" w:rsidRDefault="00000000">
      <w:pPr>
        <w:rPr>
          <w:color w:val="632423" w:themeColor="accent2" w:themeShade="80"/>
        </w:rPr>
      </w:pPr>
      <w:r w:rsidRPr="00C1729B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0847B4FB" w14:textId="0209E927" w:rsidR="003C7048" w:rsidRPr="00C1729B" w:rsidRDefault="00000000">
      <w:pPr>
        <w:rPr>
          <w:color w:val="0D0D0D" w:themeColor="text1" w:themeTint="F2"/>
        </w:rPr>
      </w:pPr>
      <w:r w:rsidRPr="00C1729B">
        <w:rPr>
          <w:color w:val="0D0D0D" w:themeColor="text1" w:themeTint="F2"/>
        </w:rPr>
        <w:t>——————————————————————————————————————</w:t>
      </w:r>
    </w:p>
    <w:p w14:paraId="41F6B8C8" w14:textId="77777777" w:rsidR="003C7048" w:rsidRPr="00C1729B" w:rsidRDefault="00000000">
      <w:pPr>
        <w:pStyle w:val="Heading2"/>
        <w:rPr>
          <w:color w:val="632423" w:themeColor="accent2" w:themeShade="80"/>
        </w:rPr>
      </w:pPr>
      <w:r w:rsidRPr="00C1729B">
        <w:rPr>
          <w:color w:val="632423" w:themeColor="accent2" w:themeShade="80"/>
        </w:rPr>
        <w:t>🎮 Game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C7048" w14:paraId="65D3060D" w14:textId="77777777">
        <w:tc>
          <w:tcPr>
            <w:tcW w:w="4320" w:type="dxa"/>
          </w:tcPr>
          <w:p w14:paraId="311BA1F4" w14:textId="77777777" w:rsidR="003C7048" w:rsidRDefault="00000000">
            <w:r>
              <w:rPr>
                <w:b/>
              </w:rPr>
              <w:t>Developer</w:t>
            </w:r>
          </w:p>
        </w:tc>
        <w:tc>
          <w:tcPr>
            <w:tcW w:w="4320" w:type="dxa"/>
          </w:tcPr>
          <w:p w14:paraId="0C20EA8E" w14:textId="087D1889" w:rsidR="003C7048" w:rsidRPr="00C1729B" w:rsidRDefault="00C1729B">
            <w:pPr>
              <w:rPr>
                <w:color w:val="632423" w:themeColor="accent2" w:themeShade="80"/>
              </w:rPr>
            </w:pPr>
            <w:r w:rsidRPr="00C1729B">
              <w:rPr>
                <w:color w:val="632423" w:themeColor="accent2" w:themeShade="80"/>
              </w:rPr>
              <w:t> </w:t>
            </w:r>
            <w:hyperlink r:id="rId6" w:history="1"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>343 Industries</w:t>
              </w:r>
            </w:hyperlink>
          </w:p>
        </w:tc>
      </w:tr>
      <w:tr w:rsidR="003C7048" w14:paraId="08F64553" w14:textId="77777777">
        <w:tc>
          <w:tcPr>
            <w:tcW w:w="4320" w:type="dxa"/>
          </w:tcPr>
          <w:p w14:paraId="6B9C10F7" w14:textId="77777777" w:rsidR="003C7048" w:rsidRDefault="00000000">
            <w:r>
              <w:rPr>
                <w:b/>
              </w:rPr>
              <w:t>Publisher</w:t>
            </w:r>
          </w:p>
        </w:tc>
        <w:tc>
          <w:tcPr>
            <w:tcW w:w="4320" w:type="dxa"/>
          </w:tcPr>
          <w:p w14:paraId="5D43B150" w14:textId="69FD9CAC" w:rsidR="003C7048" w:rsidRPr="00C1729B" w:rsidRDefault="00C1729B">
            <w:pPr>
              <w:rPr>
                <w:color w:val="632423" w:themeColor="accent2" w:themeShade="80"/>
              </w:rPr>
            </w:pPr>
            <w:r w:rsidRPr="00C1729B">
              <w:rPr>
                <w:color w:val="632423" w:themeColor="accent2" w:themeShade="80"/>
              </w:rPr>
              <w:t> </w:t>
            </w:r>
            <w:hyperlink r:id="rId7" w:history="1"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>Xbox Game Studios</w:t>
              </w:r>
            </w:hyperlink>
          </w:p>
        </w:tc>
      </w:tr>
      <w:tr w:rsidR="003C7048" w14:paraId="7961219E" w14:textId="77777777">
        <w:tc>
          <w:tcPr>
            <w:tcW w:w="4320" w:type="dxa"/>
          </w:tcPr>
          <w:p w14:paraId="6ACE2CE8" w14:textId="77777777" w:rsidR="003C7048" w:rsidRDefault="00000000">
            <w:r>
              <w:rPr>
                <w:b/>
              </w:rPr>
              <w:t>Release Date</w:t>
            </w:r>
          </w:p>
        </w:tc>
        <w:tc>
          <w:tcPr>
            <w:tcW w:w="4320" w:type="dxa"/>
          </w:tcPr>
          <w:p w14:paraId="029DC37C" w14:textId="29FD908C" w:rsidR="003C7048" w:rsidRPr="00C1729B" w:rsidRDefault="00C1729B">
            <w:pPr>
              <w:rPr>
                <w:color w:val="632423" w:themeColor="accent2" w:themeShade="80"/>
              </w:rPr>
            </w:pPr>
            <w:r w:rsidRPr="00C1729B">
              <w:rPr>
                <w:color w:val="632423" w:themeColor="accent2" w:themeShade="80"/>
              </w:rPr>
              <w:t>15 Nov, 2021</w:t>
            </w:r>
          </w:p>
        </w:tc>
      </w:tr>
      <w:tr w:rsidR="003C7048" w14:paraId="38F3A710" w14:textId="77777777">
        <w:tc>
          <w:tcPr>
            <w:tcW w:w="4320" w:type="dxa"/>
          </w:tcPr>
          <w:p w14:paraId="1E53A5BC" w14:textId="77777777" w:rsidR="003C7048" w:rsidRDefault="00000000">
            <w:r>
              <w:rPr>
                <w:b/>
              </w:rPr>
              <w:t>Genre</w:t>
            </w:r>
          </w:p>
        </w:tc>
        <w:tc>
          <w:tcPr>
            <w:tcW w:w="4320" w:type="dxa"/>
          </w:tcPr>
          <w:p w14:paraId="0A09E71B" w14:textId="12DC8FE4" w:rsidR="003C7048" w:rsidRPr="00C1729B" w:rsidRDefault="00C1729B">
            <w:pPr>
              <w:rPr>
                <w:color w:val="632423" w:themeColor="accent2" w:themeShade="80"/>
              </w:rPr>
            </w:pPr>
            <w:r w:rsidRPr="00C1729B">
              <w:rPr>
                <w:color w:val="632423" w:themeColor="accent2" w:themeShade="80"/>
              </w:rPr>
              <w:t> </w:t>
            </w:r>
            <w:hyperlink r:id="rId8" w:history="1"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>Action</w:t>
              </w:r>
            </w:hyperlink>
            <w:r w:rsidRPr="00C1729B">
              <w:rPr>
                <w:color w:val="632423" w:themeColor="accent2" w:themeShade="80"/>
              </w:rPr>
              <w:t>, </w:t>
            </w:r>
            <w:hyperlink r:id="rId9" w:history="1"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 xml:space="preserve">Free </w:t>
              </w:r>
              <w:proofErr w:type="gramStart"/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>To</w:t>
              </w:r>
              <w:proofErr w:type="gramEnd"/>
              <w:r w:rsidRPr="00C1729B">
                <w:rPr>
                  <w:rStyle w:val="Hyperlink"/>
                  <w:color w:val="632423" w:themeColor="accent2" w:themeShade="80"/>
                  <w:u w:val="none"/>
                </w:rPr>
                <w:t xml:space="preserve"> Play</w:t>
              </w:r>
            </w:hyperlink>
          </w:p>
        </w:tc>
      </w:tr>
      <w:tr w:rsidR="003C7048" w14:paraId="08521E76" w14:textId="77777777">
        <w:tc>
          <w:tcPr>
            <w:tcW w:w="4320" w:type="dxa"/>
          </w:tcPr>
          <w:p w14:paraId="765CE9C0" w14:textId="77777777" w:rsidR="003C7048" w:rsidRDefault="00000000">
            <w:r>
              <w:rPr>
                <w:b/>
              </w:rPr>
              <w:t>Platforms</w:t>
            </w:r>
          </w:p>
        </w:tc>
        <w:tc>
          <w:tcPr>
            <w:tcW w:w="4320" w:type="dxa"/>
          </w:tcPr>
          <w:p w14:paraId="65805BE4" w14:textId="23FB6C92" w:rsidR="003C7048" w:rsidRPr="00C1729B" w:rsidRDefault="00C1729B">
            <w:pPr>
              <w:rPr>
                <w:color w:val="632423" w:themeColor="accent2" w:themeShade="80"/>
              </w:rPr>
            </w:pPr>
            <w:r w:rsidRPr="00C1729B">
              <w:rPr>
                <w:color w:val="632423" w:themeColor="accent2" w:themeShade="80"/>
              </w:rPr>
              <w:t>Xbox</w:t>
            </w:r>
          </w:p>
        </w:tc>
      </w:tr>
    </w:tbl>
    <w:p w14:paraId="7E994F70" w14:textId="77777777" w:rsidR="003C7048" w:rsidRDefault="00000000">
      <w:pPr>
        <w:pStyle w:val="Heading2"/>
      </w:pPr>
      <w:r w:rsidRPr="00C1729B">
        <w:rPr>
          <w:color w:val="632423" w:themeColor="accent2" w:themeShade="80"/>
        </w:rPr>
        <w:t>📝 Description</w:t>
      </w:r>
    </w:p>
    <w:p w14:paraId="5A8977D8" w14:textId="26C328C2" w:rsidR="003C7048" w:rsidRDefault="00C1729B">
      <w:r w:rsidRPr="00C1729B">
        <w:t>From one of gaming's most iconic sagas, Halo is bigger than ever. Featuring an expansive open-world campaign and a dynamic free to play multiplayer experience.</w:t>
      </w:r>
    </w:p>
    <w:p w14:paraId="66C7728E" w14:textId="77777777" w:rsidR="003C7048" w:rsidRPr="00C1729B" w:rsidRDefault="00000000">
      <w:pPr>
        <w:pStyle w:val="Heading2"/>
        <w:rPr>
          <w:color w:val="632423" w:themeColor="accent2" w:themeShade="80"/>
        </w:rPr>
      </w:pPr>
      <w:r w:rsidRPr="00C1729B">
        <w:rPr>
          <w:color w:val="632423" w:themeColor="accent2" w:themeShade="80"/>
        </w:rPr>
        <w:t>✨ Key Features</w:t>
      </w:r>
    </w:p>
    <w:p w14:paraId="0C82B0AB" w14:textId="303FD6B4" w:rsidR="003C7048" w:rsidRDefault="00000000">
      <w:r>
        <w:rPr>
          <w:color w:val="FF3333"/>
        </w:rPr>
        <w:t xml:space="preserve">• </w:t>
      </w:r>
      <w:r w:rsidR="00C1729B">
        <w:rPr>
          <w:color w:val="FF3333"/>
        </w:rPr>
        <w:t>Free to play</w:t>
      </w:r>
      <w:r>
        <w:rPr>
          <w:color w:val="FF3333"/>
        </w:rPr>
        <w:br/>
      </w:r>
      <w:r>
        <w:rPr>
          <w:color w:val="FF9933"/>
        </w:rPr>
        <w:t>• Multiplayer Mode</w:t>
      </w:r>
      <w:r>
        <w:rPr>
          <w:color w:val="FF9933"/>
        </w:rPr>
        <w:br/>
      </w:r>
      <w:r>
        <w:rPr>
          <w:color w:val="33CCFF"/>
        </w:rPr>
        <w:t xml:space="preserve">• </w:t>
      </w:r>
      <w:r w:rsidR="00C1729B">
        <w:rPr>
          <w:color w:val="33CCFF"/>
        </w:rPr>
        <w:t>Competitive</w:t>
      </w:r>
      <w:r>
        <w:rPr>
          <w:color w:val="33CCFF"/>
        </w:rPr>
        <w:br/>
      </w:r>
    </w:p>
    <w:p w14:paraId="0CC045FF" w14:textId="77777777" w:rsidR="003C7048" w:rsidRPr="00C1729B" w:rsidRDefault="00000000">
      <w:pPr>
        <w:pStyle w:val="Heading2"/>
        <w:rPr>
          <w:color w:val="632423" w:themeColor="accent2" w:themeShade="80"/>
        </w:rPr>
      </w:pPr>
      <w:r w:rsidRPr="00C1729B">
        <w:rPr>
          <w:color w:val="632423" w:themeColor="accent2" w:themeShade="80"/>
        </w:rPr>
        <w:t>📸 Screenshots</w:t>
      </w:r>
    </w:p>
    <w:p w14:paraId="474A121E" w14:textId="340A7AAC" w:rsidR="003C7048" w:rsidRDefault="00C1729B">
      <w:r>
        <w:rPr>
          <w:noProof/>
        </w:rPr>
        <w:drawing>
          <wp:inline distT="0" distB="0" distL="0" distR="0" wp14:anchorId="55B342C9" wp14:editId="1094C1AB">
            <wp:extent cx="1866900" cy="872573"/>
            <wp:effectExtent l="0" t="0" r="0" b="3810"/>
            <wp:docPr id="113073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16" cy="8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29B">
        <w:t xml:space="preserve"> </w:t>
      </w:r>
      <w:r>
        <w:rPr>
          <w:noProof/>
        </w:rPr>
        <w:drawing>
          <wp:inline distT="0" distB="0" distL="0" distR="0" wp14:anchorId="36C41F14" wp14:editId="373EE96C">
            <wp:extent cx="1552575" cy="873323"/>
            <wp:effectExtent l="0" t="0" r="0" b="3175"/>
            <wp:docPr id="393367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77566" cy="8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29B">
        <w:t xml:space="preserve"> </w:t>
      </w:r>
      <w:r>
        <w:rPr>
          <w:noProof/>
        </w:rPr>
        <w:drawing>
          <wp:inline distT="0" distB="0" distL="0" distR="0" wp14:anchorId="2C112B09" wp14:editId="6E6B8327">
            <wp:extent cx="1571625" cy="884039"/>
            <wp:effectExtent l="0" t="0" r="0" b="0"/>
            <wp:docPr id="129225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94" cy="8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D180" w14:textId="77777777" w:rsidR="003C7048" w:rsidRPr="00C1729B" w:rsidRDefault="00000000">
      <w:pPr>
        <w:pStyle w:val="Heading2"/>
        <w:rPr>
          <w:color w:val="632423" w:themeColor="accent2" w:themeShade="80"/>
        </w:rPr>
      </w:pPr>
      <w:r w:rsidRPr="00C1729B">
        <w:rPr>
          <w:color w:val="632423" w:themeColor="accent2" w:themeShade="80"/>
        </w:rPr>
        <w:t>💻 System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C7048" w14:paraId="34C542A8" w14:textId="77777777">
        <w:tc>
          <w:tcPr>
            <w:tcW w:w="4320" w:type="dxa"/>
          </w:tcPr>
          <w:p w14:paraId="17631C14" w14:textId="77777777" w:rsidR="003C7048" w:rsidRPr="00C1729B" w:rsidRDefault="00000000">
            <w:pPr>
              <w:rPr>
                <w:color w:val="943634" w:themeColor="accent2" w:themeShade="BF"/>
              </w:rPr>
            </w:pPr>
            <w:r w:rsidRPr="00C1729B">
              <w:rPr>
                <w:b/>
                <w:color w:val="943634" w:themeColor="accent2" w:themeShade="BF"/>
              </w:rPr>
              <w:t>Minimum Requirements</w:t>
            </w:r>
          </w:p>
        </w:tc>
        <w:tc>
          <w:tcPr>
            <w:tcW w:w="4320" w:type="dxa"/>
          </w:tcPr>
          <w:p w14:paraId="5038F96A" w14:textId="77777777" w:rsidR="003C7048" w:rsidRPr="00C1729B" w:rsidRDefault="00000000">
            <w:pPr>
              <w:rPr>
                <w:color w:val="943634" w:themeColor="accent2" w:themeShade="BF"/>
              </w:rPr>
            </w:pPr>
            <w:r w:rsidRPr="00C1729B">
              <w:rPr>
                <w:b/>
                <w:color w:val="943634" w:themeColor="accent2" w:themeShade="BF"/>
              </w:rPr>
              <w:t>Recommended Requirements</w:t>
            </w:r>
          </w:p>
        </w:tc>
      </w:tr>
      <w:tr w:rsidR="003C7048" w14:paraId="3ECC192E" w14:textId="77777777" w:rsidTr="00006E1E">
        <w:trPr>
          <w:trHeight w:val="260"/>
        </w:trPr>
        <w:tc>
          <w:tcPr>
            <w:tcW w:w="4320" w:type="dxa"/>
          </w:tcPr>
          <w:p w14:paraId="0E9AF722" w14:textId="2805450F" w:rsidR="003C7048" w:rsidRDefault="00006E1E">
            <w:r>
              <w:t>Device: Xbox</w:t>
            </w:r>
          </w:p>
        </w:tc>
        <w:tc>
          <w:tcPr>
            <w:tcW w:w="4320" w:type="dxa"/>
          </w:tcPr>
          <w:p w14:paraId="6A078D7E" w14:textId="7F34C848" w:rsidR="003C7048" w:rsidRDefault="00006E1E">
            <w:r>
              <w:t>Device: Xbox</w:t>
            </w:r>
          </w:p>
        </w:tc>
      </w:tr>
      <w:tr w:rsidR="003C7048" w14:paraId="396EC569" w14:textId="77777777">
        <w:tc>
          <w:tcPr>
            <w:tcW w:w="4320" w:type="dxa"/>
          </w:tcPr>
          <w:p w14:paraId="7A8953C2" w14:textId="19E8C704" w:rsidR="003C7048" w:rsidRDefault="00000000">
            <w:r>
              <w:t xml:space="preserve">Storage: </w:t>
            </w:r>
            <w:r w:rsidR="00C31A45" w:rsidRPr="00C31A45">
              <w:t>50 GB available space</w:t>
            </w:r>
          </w:p>
        </w:tc>
        <w:tc>
          <w:tcPr>
            <w:tcW w:w="4320" w:type="dxa"/>
          </w:tcPr>
          <w:p w14:paraId="015F2082" w14:textId="2474AD53" w:rsidR="003C7048" w:rsidRDefault="00000000">
            <w:r>
              <w:t>Storage:</w:t>
            </w:r>
            <w:r w:rsidR="00C31A45">
              <w:t xml:space="preserve"> </w:t>
            </w:r>
            <w:r w:rsidR="00C31A45" w:rsidRPr="00C31A45">
              <w:t>50 GB available space</w:t>
            </w:r>
          </w:p>
        </w:tc>
      </w:tr>
    </w:tbl>
    <w:p w14:paraId="69983119" w14:textId="086DF464" w:rsidR="003C7048" w:rsidRDefault="003C7048">
      <w:pPr>
        <w:jc w:val="center"/>
      </w:pPr>
    </w:p>
    <w:sectPr w:rsidR="003C704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03672531">
    <w:abstractNumId w:val="8"/>
  </w:num>
  <w:num w:numId="2" w16cid:durableId="2134443013">
    <w:abstractNumId w:val="6"/>
  </w:num>
  <w:num w:numId="3" w16cid:durableId="1688364116">
    <w:abstractNumId w:val="5"/>
  </w:num>
  <w:num w:numId="4" w16cid:durableId="153880902">
    <w:abstractNumId w:val="4"/>
  </w:num>
  <w:num w:numId="5" w16cid:durableId="1057171057">
    <w:abstractNumId w:val="7"/>
  </w:num>
  <w:num w:numId="6" w16cid:durableId="1375888706">
    <w:abstractNumId w:val="3"/>
  </w:num>
  <w:num w:numId="7" w16cid:durableId="68967650">
    <w:abstractNumId w:val="2"/>
  </w:num>
  <w:num w:numId="8" w16cid:durableId="1055278203">
    <w:abstractNumId w:val="1"/>
  </w:num>
  <w:num w:numId="9" w16cid:durableId="103771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6E1E"/>
    <w:rsid w:val="00034616"/>
    <w:rsid w:val="0006063C"/>
    <w:rsid w:val="0015074B"/>
    <w:rsid w:val="0029639D"/>
    <w:rsid w:val="00326F90"/>
    <w:rsid w:val="003C7048"/>
    <w:rsid w:val="008266A6"/>
    <w:rsid w:val="009F57BF"/>
    <w:rsid w:val="00AA1D8D"/>
    <w:rsid w:val="00B47730"/>
    <w:rsid w:val="00C1729B"/>
    <w:rsid w:val="00C31A45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A2732A"/>
  <w14:defaultImageDpi w14:val="300"/>
  <w15:docId w15:val="{1864B3A3-831D-4496-987B-6634A56C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172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genre/Action/?snr=1_5_9__40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tore.steampowered.com/publisher/XboxGameStudios?snr=1_5_9__408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ore.steampowered.com/developer/XboxGameStudios?snr=1_5_9__408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genre/Free%20to%20Play/?snr=1_5_9__4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3</cp:revision>
  <dcterms:created xsi:type="dcterms:W3CDTF">2013-12-23T23:15:00Z</dcterms:created>
  <dcterms:modified xsi:type="dcterms:W3CDTF">2024-11-23T18:16:00Z</dcterms:modified>
  <cp:category/>
</cp:coreProperties>
</file>