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4AF2C" w14:textId="77777777" w:rsidR="00595504" w:rsidRPr="00A77ACE" w:rsidRDefault="00000000">
      <w:pPr>
        <w:pStyle w:val="Heading1"/>
        <w:rPr>
          <w:color w:val="000000" w:themeColor="text1"/>
        </w:rPr>
      </w:pPr>
      <w:r w:rsidRPr="00A77ACE">
        <w:rPr>
          <w:rFonts w:ascii="Arial Black" w:hAnsi="Arial Black"/>
          <w:color w:val="000000" w:themeColor="text1"/>
          <w:sz w:val="56"/>
        </w:rPr>
        <w:t>Gears 5</w:t>
      </w:r>
    </w:p>
    <w:p w14:paraId="28A122F2" w14:textId="77777777" w:rsidR="00595504" w:rsidRPr="00A77ACE" w:rsidRDefault="00000000">
      <w:pPr>
        <w:rPr>
          <w:color w:val="632423" w:themeColor="accent2" w:themeShade="80"/>
        </w:rPr>
      </w:pPr>
      <w:r w:rsidRPr="00A77ACE">
        <w:rPr>
          <w:rFonts w:ascii="Calibri" w:hAnsi="Calibri"/>
          <w:i/>
          <w:color w:val="632423" w:themeColor="accent2" w:themeShade="80"/>
          <w:sz w:val="32"/>
        </w:rPr>
        <w:t>Experience the ultimate gaming journey!</w:t>
      </w:r>
    </w:p>
    <w:p w14:paraId="48C67056" w14:textId="418B30BD" w:rsidR="00595504" w:rsidRPr="00A77ACE" w:rsidRDefault="00000000">
      <w:pPr>
        <w:rPr>
          <w:color w:val="000000" w:themeColor="text1"/>
        </w:rPr>
      </w:pPr>
      <w:r w:rsidRPr="00A77ACE">
        <w:rPr>
          <w:color w:val="000000" w:themeColor="text1"/>
        </w:rPr>
        <w:t>——————————————————————————————————————</w:t>
      </w:r>
    </w:p>
    <w:p w14:paraId="7FD06596" w14:textId="77777777" w:rsidR="00595504" w:rsidRDefault="00000000">
      <w:pPr>
        <w:pStyle w:val="Heading2"/>
      </w:pPr>
      <w:r w:rsidRPr="00A77ACE">
        <w:rPr>
          <w:color w:val="632423" w:themeColor="accent2" w:themeShade="80"/>
        </w:rPr>
        <w:t>🎮 Game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595504" w14:paraId="44FD308D" w14:textId="77777777">
        <w:tc>
          <w:tcPr>
            <w:tcW w:w="4320" w:type="dxa"/>
          </w:tcPr>
          <w:p w14:paraId="78D61D3B" w14:textId="77777777" w:rsidR="00595504" w:rsidRDefault="00000000">
            <w:r>
              <w:rPr>
                <w:b/>
              </w:rPr>
              <w:t>Developer</w:t>
            </w:r>
          </w:p>
        </w:tc>
        <w:tc>
          <w:tcPr>
            <w:tcW w:w="4320" w:type="dxa"/>
          </w:tcPr>
          <w:p w14:paraId="492C5672" w14:textId="192771B6" w:rsidR="00595504" w:rsidRPr="005C057D" w:rsidRDefault="00A77ACE">
            <w:pPr>
              <w:rPr>
                <w:color w:val="632423" w:themeColor="accent2" w:themeShade="80"/>
              </w:rPr>
            </w:pPr>
            <w:r w:rsidRPr="005C057D">
              <w:rPr>
                <w:color w:val="632423" w:themeColor="accent2" w:themeShade="80"/>
              </w:rPr>
              <w:t>The Coalition</w:t>
            </w:r>
          </w:p>
        </w:tc>
      </w:tr>
      <w:tr w:rsidR="00595504" w14:paraId="642AAECA" w14:textId="77777777">
        <w:tc>
          <w:tcPr>
            <w:tcW w:w="4320" w:type="dxa"/>
          </w:tcPr>
          <w:p w14:paraId="403C6298" w14:textId="77777777" w:rsidR="00595504" w:rsidRDefault="00000000">
            <w:r>
              <w:rPr>
                <w:b/>
              </w:rPr>
              <w:t>Publisher</w:t>
            </w:r>
          </w:p>
        </w:tc>
        <w:tc>
          <w:tcPr>
            <w:tcW w:w="4320" w:type="dxa"/>
          </w:tcPr>
          <w:p w14:paraId="679F4519" w14:textId="4E90AF7D" w:rsidR="00595504" w:rsidRPr="005C057D" w:rsidRDefault="00A77ACE">
            <w:pPr>
              <w:rPr>
                <w:color w:val="632423" w:themeColor="accent2" w:themeShade="80"/>
              </w:rPr>
            </w:pPr>
            <w:hyperlink r:id="rId8" w:history="1">
              <w:r w:rsidRPr="00A77ACE">
                <w:rPr>
                  <w:rStyle w:val="Hyperlink"/>
                  <w:color w:val="632423" w:themeColor="accent2" w:themeShade="80"/>
                  <w:u w:val="none"/>
                </w:rPr>
                <w:t>Xbox Game Studios</w:t>
              </w:r>
            </w:hyperlink>
          </w:p>
        </w:tc>
      </w:tr>
      <w:tr w:rsidR="00595504" w14:paraId="13A74A64" w14:textId="77777777">
        <w:tc>
          <w:tcPr>
            <w:tcW w:w="4320" w:type="dxa"/>
          </w:tcPr>
          <w:p w14:paraId="54806C00" w14:textId="77777777" w:rsidR="00595504" w:rsidRDefault="00000000">
            <w:r>
              <w:rPr>
                <w:b/>
              </w:rPr>
              <w:t>Release Date</w:t>
            </w:r>
          </w:p>
        </w:tc>
        <w:tc>
          <w:tcPr>
            <w:tcW w:w="4320" w:type="dxa"/>
          </w:tcPr>
          <w:p w14:paraId="5DBC1610" w14:textId="68B70A47" w:rsidR="00595504" w:rsidRPr="005C057D" w:rsidRDefault="00A77ACE">
            <w:pPr>
              <w:rPr>
                <w:color w:val="632423" w:themeColor="accent2" w:themeShade="80"/>
              </w:rPr>
            </w:pPr>
            <w:r w:rsidRPr="005C057D">
              <w:rPr>
                <w:color w:val="632423" w:themeColor="accent2" w:themeShade="80"/>
              </w:rPr>
              <w:t>10 Sep, 2019</w:t>
            </w:r>
          </w:p>
        </w:tc>
      </w:tr>
      <w:tr w:rsidR="00595504" w14:paraId="35EE2A55" w14:textId="77777777">
        <w:tc>
          <w:tcPr>
            <w:tcW w:w="4320" w:type="dxa"/>
          </w:tcPr>
          <w:p w14:paraId="13DDAB5C" w14:textId="77777777" w:rsidR="00595504" w:rsidRDefault="00000000">
            <w:r>
              <w:rPr>
                <w:b/>
              </w:rPr>
              <w:t>Genre</w:t>
            </w:r>
          </w:p>
        </w:tc>
        <w:tc>
          <w:tcPr>
            <w:tcW w:w="4320" w:type="dxa"/>
          </w:tcPr>
          <w:p w14:paraId="3A039169" w14:textId="696C59DF" w:rsidR="00595504" w:rsidRPr="005C057D" w:rsidRDefault="00A77ACE">
            <w:pPr>
              <w:rPr>
                <w:color w:val="632423" w:themeColor="accent2" w:themeShade="80"/>
              </w:rPr>
            </w:pPr>
            <w:r w:rsidRPr="005C057D">
              <w:rPr>
                <w:color w:val="632423" w:themeColor="accent2" w:themeShade="80"/>
              </w:rPr>
              <w:t> </w:t>
            </w:r>
            <w:hyperlink r:id="rId9" w:history="1">
              <w:r w:rsidRPr="005C057D">
                <w:rPr>
                  <w:rStyle w:val="Hyperlink"/>
                  <w:color w:val="632423" w:themeColor="accent2" w:themeShade="80"/>
                  <w:u w:val="none"/>
                </w:rPr>
                <w:t>Action</w:t>
              </w:r>
            </w:hyperlink>
            <w:r w:rsidRPr="005C057D">
              <w:rPr>
                <w:color w:val="632423" w:themeColor="accent2" w:themeShade="80"/>
              </w:rPr>
              <w:t>, </w:t>
            </w:r>
            <w:hyperlink r:id="rId10" w:history="1">
              <w:r w:rsidRPr="005C057D">
                <w:rPr>
                  <w:rStyle w:val="Hyperlink"/>
                  <w:color w:val="632423" w:themeColor="accent2" w:themeShade="80"/>
                  <w:u w:val="none"/>
                </w:rPr>
                <w:t>Adventure</w:t>
              </w:r>
            </w:hyperlink>
          </w:p>
        </w:tc>
      </w:tr>
      <w:tr w:rsidR="00595504" w14:paraId="50CA57D0" w14:textId="77777777">
        <w:tc>
          <w:tcPr>
            <w:tcW w:w="4320" w:type="dxa"/>
          </w:tcPr>
          <w:p w14:paraId="0CDAD9C5" w14:textId="77777777" w:rsidR="00595504" w:rsidRDefault="00000000">
            <w:r>
              <w:rPr>
                <w:b/>
              </w:rPr>
              <w:t>Platforms</w:t>
            </w:r>
          </w:p>
        </w:tc>
        <w:tc>
          <w:tcPr>
            <w:tcW w:w="4320" w:type="dxa"/>
          </w:tcPr>
          <w:p w14:paraId="42E11AB5" w14:textId="05CBB4F6" w:rsidR="00595504" w:rsidRPr="005C057D" w:rsidRDefault="00A77ACE">
            <w:pPr>
              <w:rPr>
                <w:color w:val="632423" w:themeColor="accent2" w:themeShade="80"/>
              </w:rPr>
            </w:pPr>
            <w:r w:rsidRPr="005C057D">
              <w:rPr>
                <w:color w:val="632423" w:themeColor="accent2" w:themeShade="80"/>
              </w:rPr>
              <w:t>Xbox</w:t>
            </w:r>
            <w:r w:rsidR="009B2EFC">
              <w:rPr>
                <w:color w:val="632423" w:themeColor="accent2" w:themeShade="80"/>
              </w:rPr>
              <w:t>, PC</w:t>
            </w:r>
          </w:p>
        </w:tc>
      </w:tr>
    </w:tbl>
    <w:p w14:paraId="30051440" w14:textId="77777777" w:rsidR="00595504" w:rsidRPr="00A77ACE" w:rsidRDefault="00000000">
      <w:pPr>
        <w:pStyle w:val="Heading2"/>
        <w:rPr>
          <w:color w:val="632423" w:themeColor="accent2" w:themeShade="80"/>
        </w:rPr>
      </w:pPr>
      <w:r w:rsidRPr="00A77ACE">
        <w:rPr>
          <w:color w:val="632423" w:themeColor="accent2" w:themeShade="80"/>
        </w:rPr>
        <w:t>📝 Description</w:t>
      </w:r>
    </w:p>
    <w:p w14:paraId="4DE69B50" w14:textId="2501ACFE" w:rsidR="00595504" w:rsidRDefault="005C057D">
      <w:r w:rsidRPr="005C057D">
        <w:rPr>
          <w:i/>
        </w:rPr>
        <w:t>From one of gaming’s most acclaimed sagas, Gears is bigger than ever. With all-out war descending, Kait Diaz breaks away to uncover her connection to the enemy and discovers the true danger to Sera – herself.</w:t>
      </w:r>
      <w:r>
        <w:rPr>
          <w:i/>
        </w:rPr>
        <w:t xml:space="preserve"> </w:t>
      </w:r>
    </w:p>
    <w:p w14:paraId="22E13184" w14:textId="77777777" w:rsidR="00595504" w:rsidRPr="00A77ACE" w:rsidRDefault="00000000">
      <w:pPr>
        <w:pStyle w:val="Heading2"/>
        <w:rPr>
          <w:color w:val="632423" w:themeColor="accent2" w:themeShade="80"/>
        </w:rPr>
      </w:pPr>
      <w:r w:rsidRPr="00A77ACE">
        <w:rPr>
          <w:color w:val="632423" w:themeColor="accent2" w:themeShade="80"/>
        </w:rPr>
        <w:t>✨ Key Features</w:t>
      </w:r>
    </w:p>
    <w:p w14:paraId="34356C8C" w14:textId="72E9F97C" w:rsidR="00595504" w:rsidRDefault="00000000">
      <w:r>
        <w:rPr>
          <w:color w:val="FF3333"/>
        </w:rPr>
        <w:t xml:space="preserve">• </w:t>
      </w:r>
      <w:r w:rsidR="005C057D">
        <w:rPr>
          <w:color w:val="FF3333"/>
        </w:rPr>
        <w:t>Action-Adventure</w:t>
      </w:r>
      <w:r>
        <w:rPr>
          <w:color w:val="FF3333"/>
        </w:rPr>
        <w:br/>
      </w:r>
      <w:r>
        <w:rPr>
          <w:color w:val="FF9933"/>
        </w:rPr>
        <w:t>• Multiplayer Mode</w:t>
      </w:r>
      <w:r>
        <w:rPr>
          <w:color w:val="FF9933"/>
        </w:rPr>
        <w:br/>
      </w:r>
      <w:r>
        <w:rPr>
          <w:color w:val="33CCFF"/>
        </w:rPr>
        <w:t xml:space="preserve">• </w:t>
      </w:r>
      <w:r w:rsidR="005C057D">
        <w:rPr>
          <w:color w:val="33CCFF"/>
        </w:rPr>
        <w:t>Female Protagonist</w:t>
      </w:r>
    </w:p>
    <w:p w14:paraId="0091F74D" w14:textId="7E79CD05" w:rsidR="00595504" w:rsidRPr="00A77ACE" w:rsidRDefault="005C057D">
      <w:pPr>
        <w:pStyle w:val="Heading2"/>
        <w:rPr>
          <w:color w:val="632423" w:themeColor="accent2" w:themeShade="8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1FCA72" wp14:editId="5BE25392">
            <wp:simplePos x="0" y="0"/>
            <wp:positionH relativeFrom="column">
              <wp:posOffset>3457575</wp:posOffset>
            </wp:positionH>
            <wp:positionV relativeFrom="paragraph">
              <wp:posOffset>259080</wp:posOffset>
            </wp:positionV>
            <wp:extent cx="1552575" cy="873125"/>
            <wp:effectExtent l="0" t="0" r="9525" b="3175"/>
            <wp:wrapNone/>
            <wp:docPr id="7332625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7ACE">
        <w:rPr>
          <w:color w:val="632423" w:themeColor="accent2" w:themeShade="80"/>
        </w:rPr>
        <w:t>📸 Screenshots</w:t>
      </w:r>
    </w:p>
    <w:p w14:paraId="7AC9008A" w14:textId="02AB3E18" w:rsidR="00595504" w:rsidRDefault="005C057D">
      <w:r>
        <w:rPr>
          <w:noProof/>
        </w:rPr>
        <w:drawing>
          <wp:inline distT="0" distB="0" distL="0" distR="0" wp14:anchorId="1E36B7F4" wp14:editId="1B5878C2">
            <wp:extent cx="1838325" cy="859217"/>
            <wp:effectExtent l="0" t="0" r="0" b="0"/>
            <wp:docPr id="1674438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46" cy="86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DDB3716" wp14:editId="21BB42C4">
            <wp:extent cx="1557867" cy="876300"/>
            <wp:effectExtent l="0" t="0" r="4445" b="0"/>
            <wp:docPr id="12514220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15273" cy="90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6977D" w14:textId="77777777" w:rsidR="00595504" w:rsidRPr="00A77ACE" w:rsidRDefault="00000000">
      <w:pPr>
        <w:pStyle w:val="Heading2"/>
        <w:rPr>
          <w:color w:val="632423" w:themeColor="accent2" w:themeShade="80"/>
        </w:rPr>
      </w:pPr>
      <w:r w:rsidRPr="00A77ACE">
        <w:rPr>
          <w:color w:val="632423" w:themeColor="accent2" w:themeShade="80"/>
        </w:rPr>
        <w:t>💻 System Requirements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595504" w14:paraId="6C73F899" w14:textId="77777777">
        <w:tc>
          <w:tcPr>
            <w:tcW w:w="4320" w:type="dxa"/>
          </w:tcPr>
          <w:p w14:paraId="3F8E3DE6" w14:textId="77777777" w:rsidR="00595504" w:rsidRPr="00300ABE" w:rsidRDefault="00000000">
            <w:pPr>
              <w:rPr>
                <w:color w:val="943634" w:themeColor="accent2" w:themeShade="BF"/>
              </w:rPr>
            </w:pPr>
            <w:r w:rsidRPr="00300ABE">
              <w:rPr>
                <w:b/>
                <w:color w:val="943634" w:themeColor="accent2" w:themeShade="BF"/>
              </w:rPr>
              <w:t>Minimum Requirements</w:t>
            </w:r>
          </w:p>
        </w:tc>
        <w:tc>
          <w:tcPr>
            <w:tcW w:w="4320" w:type="dxa"/>
          </w:tcPr>
          <w:p w14:paraId="4EE96FD4" w14:textId="77777777" w:rsidR="00595504" w:rsidRPr="00300ABE" w:rsidRDefault="00000000">
            <w:pPr>
              <w:rPr>
                <w:color w:val="943634" w:themeColor="accent2" w:themeShade="BF"/>
              </w:rPr>
            </w:pPr>
            <w:r w:rsidRPr="00300ABE">
              <w:rPr>
                <w:b/>
                <w:color w:val="943634" w:themeColor="accent2" w:themeShade="BF"/>
              </w:rPr>
              <w:t>Recommended Requirements</w:t>
            </w:r>
          </w:p>
        </w:tc>
      </w:tr>
      <w:tr w:rsidR="00595504" w14:paraId="4DB93F20" w14:textId="77777777">
        <w:tc>
          <w:tcPr>
            <w:tcW w:w="4320" w:type="dxa"/>
          </w:tcPr>
          <w:p w14:paraId="3814E498" w14:textId="13820F26" w:rsidR="00595504" w:rsidRDefault="00000000">
            <w:r>
              <w:t xml:space="preserve">Processor: </w:t>
            </w:r>
            <w:r w:rsidR="008C073B" w:rsidRPr="008C073B">
              <w:t> AMD FX-6000 series | Intel i3 Skylake</w:t>
            </w:r>
          </w:p>
        </w:tc>
        <w:tc>
          <w:tcPr>
            <w:tcW w:w="4320" w:type="dxa"/>
          </w:tcPr>
          <w:p w14:paraId="14925AFC" w14:textId="3D7EDB35" w:rsidR="00595504" w:rsidRDefault="00000000">
            <w:r>
              <w:t xml:space="preserve">Processor: </w:t>
            </w:r>
            <w:r w:rsidR="008C073B" w:rsidRPr="008C073B">
              <w:t> AMD Ryzen 3 | Intel i5 Skylake</w:t>
            </w:r>
          </w:p>
        </w:tc>
      </w:tr>
      <w:tr w:rsidR="00595504" w14:paraId="67BA2488" w14:textId="77777777">
        <w:tc>
          <w:tcPr>
            <w:tcW w:w="4320" w:type="dxa"/>
          </w:tcPr>
          <w:p w14:paraId="56B796B3" w14:textId="53462780" w:rsidR="00595504" w:rsidRDefault="00000000">
            <w:r>
              <w:t xml:space="preserve">RAM: </w:t>
            </w:r>
            <w:r w:rsidR="008C073B" w:rsidRPr="008C073B">
              <w:t>8 GB RAM</w:t>
            </w:r>
          </w:p>
        </w:tc>
        <w:tc>
          <w:tcPr>
            <w:tcW w:w="4320" w:type="dxa"/>
          </w:tcPr>
          <w:p w14:paraId="5C1D3654" w14:textId="3A56EAE4" w:rsidR="00595504" w:rsidRDefault="00000000">
            <w:r>
              <w:t xml:space="preserve">RAM: </w:t>
            </w:r>
            <w:r w:rsidR="008C073B" w:rsidRPr="008C073B">
              <w:t>8 GB RAM</w:t>
            </w:r>
          </w:p>
        </w:tc>
      </w:tr>
      <w:tr w:rsidR="00595504" w14:paraId="21445779" w14:textId="77777777">
        <w:tc>
          <w:tcPr>
            <w:tcW w:w="4320" w:type="dxa"/>
          </w:tcPr>
          <w:p w14:paraId="6B186473" w14:textId="4E6DF2CF" w:rsidR="00595504" w:rsidRDefault="00000000">
            <w:r>
              <w:t xml:space="preserve">Graphics: </w:t>
            </w:r>
            <w:r w:rsidR="008C073B" w:rsidRPr="008C073B">
              <w:t>AMD Radeon R9 280 | NVIDIA GeForce GTX 760 (Windows 10) | NVIDIA GeForce GTX 1050 (Windows 7)</w:t>
            </w:r>
          </w:p>
        </w:tc>
        <w:tc>
          <w:tcPr>
            <w:tcW w:w="4320" w:type="dxa"/>
          </w:tcPr>
          <w:p w14:paraId="21D270F6" w14:textId="7928843E" w:rsidR="00595504" w:rsidRDefault="00000000">
            <w:r>
              <w:t xml:space="preserve">Graphics: </w:t>
            </w:r>
            <w:r w:rsidR="008C073B" w:rsidRPr="008C073B">
              <w:t>AMD Radeon RX 570 | NVIDIA GeForce GTX 970 (Windows 10) | NVIDIA GeForce GTX 1660ti (Windows 7)</w:t>
            </w:r>
          </w:p>
        </w:tc>
      </w:tr>
      <w:tr w:rsidR="00595504" w14:paraId="4539DD0E" w14:textId="77777777">
        <w:tc>
          <w:tcPr>
            <w:tcW w:w="4320" w:type="dxa"/>
          </w:tcPr>
          <w:p w14:paraId="55DC8915" w14:textId="692A9799" w:rsidR="00595504" w:rsidRDefault="00000000">
            <w:r>
              <w:t xml:space="preserve">Storage: </w:t>
            </w:r>
            <w:r w:rsidR="008C073B" w:rsidRPr="008C073B">
              <w:t> 80 GB available space</w:t>
            </w:r>
          </w:p>
        </w:tc>
        <w:tc>
          <w:tcPr>
            <w:tcW w:w="4320" w:type="dxa"/>
          </w:tcPr>
          <w:p w14:paraId="0883D974" w14:textId="11468D9C" w:rsidR="00595504" w:rsidRDefault="00000000">
            <w:r>
              <w:t xml:space="preserve">Storage: </w:t>
            </w:r>
            <w:r w:rsidR="008C073B" w:rsidRPr="008C073B">
              <w:t> 80 GB available space</w:t>
            </w:r>
          </w:p>
        </w:tc>
      </w:tr>
    </w:tbl>
    <w:p w14:paraId="57E2387A" w14:textId="45F06314" w:rsidR="00595504" w:rsidRDefault="00595504" w:rsidP="005C057D"/>
    <w:sectPr w:rsidR="00595504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E99D89" w14:textId="77777777" w:rsidR="00317F51" w:rsidRDefault="00317F51" w:rsidP="008C073B">
      <w:pPr>
        <w:spacing w:after="0" w:line="240" w:lineRule="auto"/>
      </w:pPr>
      <w:r>
        <w:separator/>
      </w:r>
    </w:p>
  </w:endnote>
  <w:endnote w:type="continuationSeparator" w:id="0">
    <w:p w14:paraId="685087BE" w14:textId="77777777" w:rsidR="00317F51" w:rsidRDefault="00317F51" w:rsidP="008C0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D26C17" w14:textId="77777777" w:rsidR="00317F51" w:rsidRDefault="00317F51" w:rsidP="008C073B">
      <w:pPr>
        <w:spacing w:after="0" w:line="240" w:lineRule="auto"/>
      </w:pPr>
      <w:r>
        <w:separator/>
      </w:r>
    </w:p>
  </w:footnote>
  <w:footnote w:type="continuationSeparator" w:id="0">
    <w:p w14:paraId="3E6C6F30" w14:textId="77777777" w:rsidR="00317F51" w:rsidRDefault="00317F51" w:rsidP="008C07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82147667">
    <w:abstractNumId w:val="8"/>
  </w:num>
  <w:num w:numId="2" w16cid:durableId="1406339386">
    <w:abstractNumId w:val="6"/>
  </w:num>
  <w:num w:numId="3" w16cid:durableId="1337221104">
    <w:abstractNumId w:val="5"/>
  </w:num>
  <w:num w:numId="4" w16cid:durableId="337270616">
    <w:abstractNumId w:val="4"/>
  </w:num>
  <w:num w:numId="5" w16cid:durableId="1113592605">
    <w:abstractNumId w:val="7"/>
  </w:num>
  <w:num w:numId="6" w16cid:durableId="852572933">
    <w:abstractNumId w:val="3"/>
  </w:num>
  <w:num w:numId="7" w16cid:durableId="1355186016">
    <w:abstractNumId w:val="2"/>
  </w:num>
  <w:num w:numId="8" w16cid:durableId="993021346">
    <w:abstractNumId w:val="1"/>
  </w:num>
  <w:num w:numId="9" w16cid:durableId="77795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12626"/>
    <w:rsid w:val="0029639D"/>
    <w:rsid w:val="00300ABE"/>
    <w:rsid w:val="00317F51"/>
    <w:rsid w:val="00326F90"/>
    <w:rsid w:val="00595504"/>
    <w:rsid w:val="005C057D"/>
    <w:rsid w:val="008C073B"/>
    <w:rsid w:val="009B2EFC"/>
    <w:rsid w:val="00A52948"/>
    <w:rsid w:val="00A77ACE"/>
    <w:rsid w:val="00AA1D8D"/>
    <w:rsid w:val="00AA35F1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0A25E7"/>
  <w14:defaultImageDpi w14:val="300"/>
  <w15:docId w15:val="{C333C2B0-6C8A-49A2-944B-B9A7C33C0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A77A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7A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64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steampowered.com/publisher/XboxGameStudios?snr=1_5_9__2000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tore.steampowered.com/genre/Adventure/?snr=1_5_9__40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tore.steampowered.com/genre/Action/?snr=1_5_9__40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abdul kabeer</cp:lastModifiedBy>
  <cp:revision>3</cp:revision>
  <dcterms:created xsi:type="dcterms:W3CDTF">2013-12-23T23:15:00Z</dcterms:created>
  <dcterms:modified xsi:type="dcterms:W3CDTF">2024-11-23T18:18:00Z</dcterms:modified>
  <cp:category/>
</cp:coreProperties>
</file>