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D5540" w14:textId="77777777" w:rsidR="00205FEF" w:rsidRPr="009D3860" w:rsidRDefault="00000000">
      <w:pPr>
        <w:pStyle w:val="Heading1"/>
        <w:rPr>
          <w:color w:val="000000" w:themeColor="text1"/>
        </w:rPr>
      </w:pPr>
      <w:r w:rsidRPr="009D3860">
        <w:rPr>
          <w:rFonts w:ascii="Arial Black" w:hAnsi="Arial Black"/>
          <w:color w:val="000000" w:themeColor="text1"/>
          <w:sz w:val="56"/>
        </w:rPr>
        <w:t>Final Fantasy VII Remake</w:t>
      </w:r>
    </w:p>
    <w:p w14:paraId="7C4C4C3E" w14:textId="77777777" w:rsidR="00205FEF" w:rsidRPr="009D3860" w:rsidRDefault="00000000">
      <w:pPr>
        <w:rPr>
          <w:color w:val="632423" w:themeColor="accent2" w:themeShade="80"/>
        </w:rPr>
      </w:pPr>
      <w:r w:rsidRPr="009D3860">
        <w:rPr>
          <w:rFonts w:ascii="Calibri" w:hAnsi="Calibri"/>
          <w:i/>
          <w:color w:val="632423" w:themeColor="accent2" w:themeShade="80"/>
          <w:sz w:val="32"/>
        </w:rPr>
        <w:t>Experience the ultimate gaming journey!</w:t>
      </w:r>
    </w:p>
    <w:p w14:paraId="1615D81E" w14:textId="1E759F81" w:rsidR="00205FEF" w:rsidRPr="009D3860" w:rsidRDefault="00000000">
      <w:r w:rsidRPr="009D3860">
        <w:t>——————————————————————————————————————</w:t>
      </w:r>
    </w:p>
    <w:p w14:paraId="5F10B876" w14:textId="77777777" w:rsidR="00205FEF" w:rsidRPr="009D3860" w:rsidRDefault="00000000">
      <w:pPr>
        <w:pStyle w:val="Heading2"/>
        <w:rPr>
          <w:color w:val="632423" w:themeColor="accent2" w:themeShade="80"/>
        </w:rPr>
      </w:pPr>
      <w:r w:rsidRPr="009D3860">
        <w:rPr>
          <w:color w:val="632423" w:themeColor="accent2" w:themeShade="80"/>
        </w:rPr>
        <w:t>🎮 Game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205FEF" w14:paraId="0FC67599" w14:textId="77777777">
        <w:tc>
          <w:tcPr>
            <w:tcW w:w="4320" w:type="dxa"/>
          </w:tcPr>
          <w:p w14:paraId="1F815E3C" w14:textId="77777777" w:rsidR="00205FEF" w:rsidRPr="009D3860" w:rsidRDefault="00000000">
            <w:r w:rsidRPr="009D3860">
              <w:rPr>
                <w:b/>
              </w:rPr>
              <w:t>Developer</w:t>
            </w:r>
          </w:p>
        </w:tc>
        <w:tc>
          <w:tcPr>
            <w:tcW w:w="4320" w:type="dxa"/>
          </w:tcPr>
          <w:p w14:paraId="4108F5B2" w14:textId="44BEFC01" w:rsidR="00205FEF" w:rsidRPr="009D3860" w:rsidRDefault="009D3860">
            <w:pPr>
              <w:rPr>
                <w:color w:val="632423" w:themeColor="accent2" w:themeShade="80"/>
              </w:rPr>
            </w:pPr>
            <w:hyperlink r:id="rId6" w:history="1">
              <w:r w:rsidRPr="009D3860">
                <w:rPr>
                  <w:rStyle w:val="Hyperlink"/>
                  <w:color w:val="632423" w:themeColor="accent2" w:themeShade="80"/>
                  <w:u w:val="none"/>
                </w:rPr>
                <w:t>Square Enix</w:t>
              </w:r>
            </w:hyperlink>
          </w:p>
        </w:tc>
      </w:tr>
      <w:tr w:rsidR="00205FEF" w14:paraId="65FEC8A8" w14:textId="77777777">
        <w:tc>
          <w:tcPr>
            <w:tcW w:w="4320" w:type="dxa"/>
          </w:tcPr>
          <w:p w14:paraId="4B9A3072" w14:textId="77777777" w:rsidR="00205FEF" w:rsidRPr="009D3860" w:rsidRDefault="00000000">
            <w:r w:rsidRPr="009D3860">
              <w:rPr>
                <w:b/>
              </w:rPr>
              <w:t>Publisher</w:t>
            </w:r>
          </w:p>
        </w:tc>
        <w:tc>
          <w:tcPr>
            <w:tcW w:w="4320" w:type="dxa"/>
          </w:tcPr>
          <w:p w14:paraId="7541524A" w14:textId="2D538F8F" w:rsidR="00205FEF" w:rsidRPr="009D3860" w:rsidRDefault="009D3860">
            <w:pPr>
              <w:rPr>
                <w:color w:val="632423" w:themeColor="accent2" w:themeShade="80"/>
              </w:rPr>
            </w:pPr>
            <w:hyperlink r:id="rId7" w:history="1">
              <w:r w:rsidRPr="009D3860">
                <w:rPr>
                  <w:rStyle w:val="Hyperlink"/>
                  <w:color w:val="632423" w:themeColor="accent2" w:themeShade="80"/>
                  <w:u w:val="none"/>
                </w:rPr>
                <w:t>Square Enix</w:t>
              </w:r>
            </w:hyperlink>
          </w:p>
        </w:tc>
      </w:tr>
      <w:tr w:rsidR="00205FEF" w14:paraId="3C3B18D2" w14:textId="77777777">
        <w:tc>
          <w:tcPr>
            <w:tcW w:w="4320" w:type="dxa"/>
          </w:tcPr>
          <w:p w14:paraId="7A64C4E5" w14:textId="77777777" w:rsidR="00205FEF" w:rsidRDefault="00000000">
            <w:r>
              <w:rPr>
                <w:b/>
              </w:rPr>
              <w:t>Release Date</w:t>
            </w:r>
          </w:p>
        </w:tc>
        <w:tc>
          <w:tcPr>
            <w:tcW w:w="4320" w:type="dxa"/>
          </w:tcPr>
          <w:p w14:paraId="06E28CAA" w14:textId="168D9D1F" w:rsidR="00205FEF" w:rsidRPr="009D3860" w:rsidRDefault="009D3860">
            <w:pPr>
              <w:rPr>
                <w:color w:val="632423" w:themeColor="accent2" w:themeShade="80"/>
              </w:rPr>
            </w:pPr>
            <w:r w:rsidRPr="009D3860">
              <w:rPr>
                <w:color w:val="632423" w:themeColor="accent2" w:themeShade="80"/>
              </w:rPr>
              <w:t>17 Jun, 2022</w:t>
            </w:r>
          </w:p>
        </w:tc>
      </w:tr>
      <w:tr w:rsidR="00205FEF" w14:paraId="3D0073F3" w14:textId="77777777">
        <w:tc>
          <w:tcPr>
            <w:tcW w:w="4320" w:type="dxa"/>
          </w:tcPr>
          <w:p w14:paraId="4233F992" w14:textId="77777777" w:rsidR="00205FEF" w:rsidRDefault="00000000">
            <w:r>
              <w:rPr>
                <w:b/>
              </w:rPr>
              <w:t>Genre</w:t>
            </w:r>
          </w:p>
        </w:tc>
        <w:tc>
          <w:tcPr>
            <w:tcW w:w="4320" w:type="dxa"/>
          </w:tcPr>
          <w:p w14:paraId="5EFA223D" w14:textId="6931228A" w:rsidR="00205FEF" w:rsidRPr="009D3860" w:rsidRDefault="009D3860">
            <w:pPr>
              <w:rPr>
                <w:color w:val="632423" w:themeColor="accent2" w:themeShade="80"/>
              </w:rPr>
            </w:pPr>
            <w:r w:rsidRPr="009D3860">
              <w:rPr>
                <w:color w:val="632423" w:themeColor="accent2" w:themeShade="80"/>
              </w:rPr>
              <w:t> </w:t>
            </w:r>
            <w:hyperlink r:id="rId8" w:history="1">
              <w:r w:rsidRPr="009D3860">
                <w:rPr>
                  <w:rStyle w:val="Hyperlink"/>
                  <w:color w:val="632423" w:themeColor="accent2" w:themeShade="80"/>
                  <w:u w:val="none"/>
                </w:rPr>
                <w:t>Action</w:t>
              </w:r>
            </w:hyperlink>
            <w:r w:rsidRPr="009D3860">
              <w:rPr>
                <w:color w:val="632423" w:themeColor="accent2" w:themeShade="80"/>
              </w:rPr>
              <w:t>, </w:t>
            </w:r>
            <w:hyperlink r:id="rId9" w:history="1">
              <w:r w:rsidRPr="009D3860">
                <w:rPr>
                  <w:rStyle w:val="Hyperlink"/>
                  <w:color w:val="632423" w:themeColor="accent2" w:themeShade="80"/>
                  <w:u w:val="none"/>
                </w:rPr>
                <w:t>Adventure</w:t>
              </w:r>
            </w:hyperlink>
            <w:r w:rsidRPr="009D3860">
              <w:rPr>
                <w:color w:val="632423" w:themeColor="accent2" w:themeShade="80"/>
              </w:rPr>
              <w:t>, </w:t>
            </w:r>
            <w:hyperlink r:id="rId10" w:history="1">
              <w:r w:rsidRPr="009D3860">
                <w:rPr>
                  <w:rStyle w:val="Hyperlink"/>
                  <w:color w:val="632423" w:themeColor="accent2" w:themeShade="80"/>
                  <w:u w:val="none"/>
                </w:rPr>
                <w:t>RPG</w:t>
              </w:r>
            </w:hyperlink>
          </w:p>
        </w:tc>
      </w:tr>
      <w:tr w:rsidR="00205FEF" w14:paraId="221FCF3C" w14:textId="77777777">
        <w:tc>
          <w:tcPr>
            <w:tcW w:w="4320" w:type="dxa"/>
          </w:tcPr>
          <w:p w14:paraId="556CF96F" w14:textId="77777777" w:rsidR="00205FEF" w:rsidRDefault="00000000">
            <w:r>
              <w:rPr>
                <w:b/>
              </w:rPr>
              <w:t>Platforms</w:t>
            </w:r>
          </w:p>
        </w:tc>
        <w:tc>
          <w:tcPr>
            <w:tcW w:w="4320" w:type="dxa"/>
          </w:tcPr>
          <w:p w14:paraId="50A9EE17" w14:textId="3449AB64" w:rsidR="00205FEF" w:rsidRPr="009D3860" w:rsidRDefault="00F53EC3">
            <w:pPr>
              <w:rPr>
                <w:color w:val="632423" w:themeColor="accent2" w:themeShade="80"/>
              </w:rPr>
            </w:pPr>
            <w:r>
              <w:rPr>
                <w:color w:val="632423" w:themeColor="accent2" w:themeShade="80"/>
              </w:rPr>
              <w:t>PlayStation5</w:t>
            </w:r>
          </w:p>
        </w:tc>
      </w:tr>
    </w:tbl>
    <w:p w14:paraId="53F659B9" w14:textId="77777777" w:rsidR="00205FEF" w:rsidRPr="009D3860" w:rsidRDefault="00000000">
      <w:pPr>
        <w:pStyle w:val="Heading2"/>
        <w:rPr>
          <w:color w:val="632423" w:themeColor="accent2" w:themeShade="80"/>
        </w:rPr>
      </w:pPr>
      <w:r w:rsidRPr="009D3860">
        <w:rPr>
          <w:color w:val="632423" w:themeColor="accent2" w:themeShade="80"/>
        </w:rPr>
        <w:t>📝 Description</w:t>
      </w:r>
    </w:p>
    <w:p w14:paraId="46B8520D" w14:textId="283094C4" w:rsidR="009D3860" w:rsidRDefault="009D3860">
      <w:pPr>
        <w:pStyle w:val="Heading2"/>
        <w:rPr>
          <w:rFonts w:asciiTheme="minorHAnsi" w:eastAsiaTheme="minorEastAsia" w:hAnsiTheme="minorHAnsi" w:cstheme="minorBidi"/>
          <w:b w:val="0"/>
          <w:bCs w:val="0"/>
          <w:i/>
          <w:color w:val="auto"/>
          <w:sz w:val="22"/>
          <w:szCs w:val="22"/>
        </w:rPr>
      </w:pPr>
      <w:r w:rsidRPr="009D3860">
        <w:rPr>
          <w:rFonts w:asciiTheme="minorHAnsi" w:eastAsiaTheme="minorEastAsia" w:hAnsiTheme="minorHAnsi" w:cstheme="minorBidi"/>
          <w:b w:val="0"/>
          <w:bCs w:val="0"/>
          <w:i/>
          <w:color w:val="auto"/>
          <w:sz w:val="22"/>
          <w:szCs w:val="22"/>
        </w:rPr>
        <w:t xml:space="preserve">This critically-acclaimed game, which mixes traditional command-based combat and real-time action, makes its Steam debut along with FF7R EPISODE </w:t>
      </w:r>
      <w:proofErr w:type="spellStart"/>
      <w:r w:rsidRPr="009D3860">
        <w:rPr>
          <w:rFonts w:asciiTheme="minorHAnsi" w:eastAsiaTheme="minorEastAsia" w:hAnsiTheme="minorHAnsi" w:cstheme="minorBidi"/>
          <w:b w:val="0"/>
          <w:bCs w:val="0"/>
          <w:i/>
          <w:color w:val="auto"/>
          <w:sz w:val="22"/>
          <w:szCs w:val="22"/>
        </w:rPr>
        <w:t>INTERmission─a</w:t>
      </w:r>
      <w:proofErr w:type="spellEnd"/>
      <w:r w:rsidRPr="009D3860">
        <w:rPr>
          <w:rFonts w:asciiTheme="minorHAnsi" w:eastAsiaTheme="minorEastAsia" w:hAnsiTheme="minorHAnsi" w:cstheme="minorBidi"/>
          <w:b w:val="0"/>
          <w:bCs w:val="0"/>
          <w:i/>
          <w:color w:val="auto"/>
          <w:sz w:val="22"/>
          <w:szCs w:val="22"/>
        </w:rPr>
        <w:t xml:space="preserve"> new story arc featuring </w:t>
      </w:r>
      <w:proofErr w:type="spellStart"/>
      <w:r w:rsidRPr="009D3860">
        <w:rPr>
          <w:rFonts w:asciiTheme="minorHAnsi" w:eastAsiaTheme="minorEastAsia" w:hAnsiTheme="minorHAnsi" w:cstheme="minorBidi"/>
          <w:b w:val="0"/>
          <w:bCs w:val="0"/>
          <w:i/>
          <w:color w:val="auto"/>
          <w:sz w:val="22"/>
          <w:szCs w:val="22"/>
        </w:rPr>
        <w:t>Yuffie</w:t>
      </w:r>
      <w:proofErr w:type="spellEnd"/>
      <w:r w:rsidRPr="009D3860">
        <w:rPr>
          <w:rFonts w:asciiTheme="minorHAnsi" w:eastAsiaTheme="minorEastAsia" w:hAnsiTheme="minorHAnsi" w:cstheme="minorBidi"/>
          <w:b w:val="0"/>
          <w:bCs w:val="0"/>
          <w:i/>
          <w:color w:val="auto"/>
          <w:sz w:val="22"/>
          <w:szCs w:val="22"/>
        </w:rPr>
        <w:t xml:space="preserve"> </w:t>
      </w:r>
      <w:proofErr w:type="spellStart"/>
      <w:r w:rsidRPr="009D3860">
        <w:rPr>
          <w:rFonts w:asciiTheme="minorHAnsi" w:eastAsiaTheme="minorEastAsia" w:hAnsiTheme="minorHAnsi" w:cstheme="minorBidi"/>
          <w:b w:val="0"/>
          <w:bCs w:val="0"/>
          <w:i/>
          <w:color w:val="auto"/>
          <w:sz w:val="22"/>
          <w:szCs w:val="22"/>
        </w:rPr>
        <w:t>Kisaragi</w:t>
      </w:r>
      <w:proofErr w:type="spellEnd"/>
      <w:r>
        <w:rPr>
          <w:rFonts w:asciiTheme="minorHAnsi" w:eastAsiaTheme="minorEastAsia" w:hAnsiTheme="minorHAnsi" w:cstheme="minorBidi"/>
          <w:b w:val="0"/>
          <w:bCs w:val="0"/>
          <w:i/>
          <w:color w:val="auto"/>
          <w:sz w:val="22"/>
          <w:szCs w:val="22"/>
        </w:rPr>
        <w:t>.</w:t>
      </w:r>
    </w:p>
    <w:p w14:paraId="32CD19E0" w14:textId="2843A908" w:rsidR="00205FEF" w:rsidRDefault="00000000">
      <w:pPr>
        <w:pStyle w:val="Heading2"/>
      </w:pPr>
      <w:r w:rsidRPr="009D3860">
        <w:rPr>
          <w:color w:val="632423" w:themeColor="accent2" w:themeShade="80"/>
        </w:rPr>
        <w:t>✨ Key Features</w:t>
      </w:r>
    </w:p>
    <w:p w14:paraId="01667C06" w14:textId="494B3A4E" w:rsidR="00205FEF" w:rsidRDefault="00000000">
      <w:r>
        <w:rPr>
          <w:color w:val="FF3333"/>
        </w:rPr>
        <w:t xml:space="preserve">• </w:t>
      </w:r>
      <w:r w:rsidR="009D3860">
        <w:rPr>
          <w:color w:val="FF3333"/>
        </w:rPr>
        <w:t>Action-Adventure</w:t>
      </w:r>
      <w:r>
        <w:rPr>
          <w:color w:val="FF3333"/>
        </w:rPr>
        <w:br/>
      </w:r>
      <w:r>
        <w:rPr>
          <w:color w:val="FF9933"/>
        </w:rPr>
        <w:t xml:space="preserve">• </w:t>
      </w:r>
      <w:r w:rsidR="009D3860">
        <w:rPr>
          <w:color w:val="FF9933"/>
        </w:rPr>
        <w:t>realistic</w:t>
      </w:r>
      <w:r>
        <w:rPr>
          <w:color w:val="FF9933"/>
        </w:rPr>
        <w:br/>
      </w:r>
      <w:r>
        <w:rPr>
          <w:color w:val="33CCFF"/>
        </w:rPr>
        <w:t>• S</w:t>
      </w:r>
      <w:r w:rsidR="009D3860">
        <w:rPr>
          <w:color w:val="33CCFF"/>
        </w:rPr>
        <w:t>pectacle Fighter</w:t>
      </w:r>
      <w:r>
        <w:rPr>
          <w:color w:val="33CCFF"/>
        </w:rPr>
        <w:br/>
      </w:r>
    </w:p>
    <w:p w14:paraId="53B096E5" w14:textId="6849C1C9" w:rsidR="00205FEF" w:rsidRPr="009D3860" w:rsidRDefault="00000000">
      <w:pPr>
        <w:pStyle w:val="Heading2"/>
        <w:rPr>
          <w:color w:val="632423" w:themeColor="accent2" w:themeShade="80"/>
        </w:rPr>
      </w:pPr>
      <w:r w:rsidRPr="009D3860">
        <w:rPr>
          <w:color w:val="632423" w:themeColor="accent2" w:themeShade="80"/>
        </w:rPr>
        <w:t>📸 Screenshots</w:t>
      </w:r>
    </w:p>
    <w:p w14:paraId="3899A92F" w14:textId="709C2118" w:rsidR="00205FEF" w:rsidRDefault="009D3860">
      <w:r>
        <w:rPr>
          <w:noProof/>
        </w:rPr>
        <w:drawing>
          <wp:anchor distT="0" distB="0" distL="114300" distR="114300" simplePos="0" relativeHeight="251657216" behindDoc="0" locked="0" layoutInCell="1" allowOverlap="1" wp14:anchorId="2A245AC6" wp14:editId="4BC05FA7">
            <wp:simplePos x="0" y="0"/>
            <wp:positionH relativeFrom="column">
              <wp:posOffset>1965325</wp:posOffset>
            </wp:positionH>
            <wp:positionV relativeFrom="paragraph">
              <wp:posOffset>9525</wp:posOffset>
            </wp:positionV>
            <wp:extent cx="1539837" cy="865505"/>
            <wp:effectExtent l="0" t="0" r="3810" b="0"/>
            <wp:wrapNone/>
            <wp:docPr id="1808259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39837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0124CE0" wp14:editId="01B51C11">
            <wp:simplePos x="0" y="0"/>
            <wp:positionH relativeFrom="column">
              <wp:posOffset>3571875</wp:posOffset>
            </wp:positionH>
            <wp:positionV relativeFrom="paragraph">
              <wp:posOffset>10160</wp:posOffset>
            </wp:positionV>
            <wp:extent cx="1581150" cy="889000"/>
            <wp:effectExtent l="0" t="0" r="0" b="6350"/>
            <wp:wrapNone/>
            <wp:docPr id="17353988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811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43763F2" wp14:editId="46FD7C85">
            <wp:extent cx="1895475" cy="885929"/>
            <wp:effectExtent l="0" t="0" r="0" b="9525"/>
            <wp:docPr id="204813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27" cy="8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34C8" w14:textId="77777777" w:rsidR="00205FEF" w:rsidRPr="009D3860" w:rsidRDefault="00000000">
      <w:pPr>
        <w:pStyle w:val="Heading2"/>
        <w:rPr>
          <w:color w:val="632423" w:themeColor="accent2" w:themeShade="80"/>
        </w:rPr>
      </w:pPr>
      <w:r w:rsidRPr="009D3860">
        <w:rPr>
          <w:color w:val="632423" w:themeColor="accent2" w:themeShade="80"/>
        </w:rPr>
        <w:t>💻 System Requirements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205FEF" w14:paraId="13A723FE" w14:textId="77777777">
        <w:tc>
          <w:tcPr>
            <w:tcW w:w="4320" w:type="dxa"/>
          </w:tcPr>
          <w:p w14:paraId="5B81CC26" w14:textId="77777777" w:rsidR="00205FEF" w:rsidRPr="009D6493" w:rsidRDefault="00000000">
            <w:pPr>
              <w:rPr>
                <w:color w:val="943634" w:themeColor="accent2" w:themeShade="BF"/>
              </w:rPr>
            </w:pPr>
            <w:r w:rsidRPr="009D6493">
              <w:rPr>
                <w:b/>
                <w:color w:val="943634" w:themeColor="accent2" w:themeShade="BF"/>
              </w:rPr>
              <w:t>Minimum Requirements</w:t>
            </w:r>
          </w:p>
        </w:tc>
        <w:tc>
          <w:tcPr>
            <w:tcW w:w="4320" w:type="dxa"/>
          </w:tcPr>
          <w:p w14:paraId="1D81B270" w14:textId="77777777" w:rsidR="00205FEF" w:rsidRPr="009D6493" w:rsidRDefault="00000000">
            <w:pPr>
              <w:rPr>
                <w:color w:val="943634" w:themeColor="accent2" w:themeShade="BF"/>
              </w:rPr>
            </w:pPr>
            <w:r w:rsidRPr="009D6493">
              <w:rPr>
                <w:b/>
                <w:color w:val="943634" w:themeColor="accent2" w:themeShade="BF"/>
              </w:rPr>
              <w:t>Recommended Requirements</w:t>
            </w:r>
          </w:p>
        </w:tc>
      </w:tr>
      <w:tr w:rsidR="00205FEF" w14:paraId="5B3AB48A" w14:textId="77777777">
        <w:tc>
          <w:tcPr>
            <w:tcW w:w="4320" w:type="dxa"/>
          </w:tcPr>
          <w:p w14:paraId="0E1C8EAF" w14:textId="72CA8CEE" w:rsidR="00205FEF" w:rsidRDefault="00F53EC3">
            <w:r>
              <w:t>Processor: PlayStation5</w:t>
            </w:r>
          </w:p>
        </w:tc>
        <w:tc>
          <w:tcPr>
            <w:tcW w:w="4320" w:type="dxa"/>
          </w:tcPr>
          <w:p w14:paraId="789A8705" w14:textId="5A22214A" w:rsidR="00205FEF" w:rsidRDefault="00000000">
            <w:r>
              <w:t>Processor</w:t>
            </w:r>
            <w:r w:rsidR="00F53EC3">
              <w:t>: PlayStation5</w:t>
            </w:r>
          </w:p>
        </w:tc>
      </w:tr>
      <w:tr w:rsidR="00205FEF" w14:paraId="4548359A" w14:textId="77777777">
        <w:tc>
          <w:tcPr>
            <w:tcW w:w="4320" w:type="dxa"/>
          </w:tcPr>
          <w:p w14:paraId="5BE129C7" w14:textId="4F1ACAF7" w:rsidR="00205FEF" w:rsidRDefault="00000000">
            <w:r>
              <w:t xml:space="preserve">Storage: </w:t>
            </w:r>
            <w:r w:rsidR="009D6493" w:rsidRPr="009D6493">
              <w:t>100 GB available space</w:t>
            </w:r>
          </w:p>
        </w:tc>
        <w:tc>
          <w:tcPr>
            <w:tcW w:w="4320" w:type="dxa"/>
          </w:tcPr>
          <w:p w14:paraId="680C91F4" w14:textId="4599F33E" w:rsidR="00205FEF" w:rsidRDefault="00000000">
            <w:r>
              <w:t xml:space="preserve">Storage: </w:t>
            </w:r>
            <w:r w:rsidR="009D6493" w:rsidRPr="009D6493">
              <w:t>100 GB available space</w:t>
            </w:r>
          </w:p>
        </w:tc>
      </w:tr>
    </w:tbl>
    <w:p w14:paraId="7E3D275D" w14:textId="238BB64C" w:rsidR="00205FEF" w:rsidRDefault="00000000">
      <w:pPr>
        <w:jc w:val="center"/>
      </w:pPr>
      <w:r>
        <w:rPr>
          <w:i/>
          <w:color w:val="009900"/>
        </w:rPr>
        <w:br/>
      </w:r>
    </w:p>
    <w:sectPr w:rsidR="00205FE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86346634">
    <w:abstractNumId w:val="8"/>
  </w:num>
  <w:num w:numId="2" w16cid:durableId="1933393333">
    <w:abstractNumId w:val="6"/>
  </w:num>
  <w:num w:numId="3" w16cid:durableId="150559269">
    <w:abstractNumId w:val="5"/>
  </w:num>
  <w:num w:numId="4" w16cid:durableId="1235892797">
    <w:abstractNumId w:val="4"/>
  </w:num>
  <w:num w:numId="5" w16cid:durableId="1269047970">
    <w:abstractNumId w:val="7"/>
  </w:num>
  <w:num w:numId="6" w16cid:durableId="1637907858">
    <w:abstractNumId w:val="3"/>
  </w:num>
  <w:num w:numId="7" w16cid:durableId="1770924262">
    <w:abstractNumId w:val="2"/>
  </w:num>
  <w:num w:numId="8" w16cid:durableId="1938556967">
    <w:abstractNumId w:val="1"/>
  </w:num>
  <w:num w:numId="9" w16cid:durableId="1543781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05FEF"/>
    <w:rsid w:val="0029639D"/>
    <w:rsid w:val="00326F90"/>
    <w:rsid w:val="005119C4"/>
    <w:rsid w:val="009D3860"/>
    <w:rsid w:val="009D6493"/>
    <w:rsid w:val="00AA1D8D"/>
    <w:rsid w:val="00AB20B2"/>
    <w:rsid w:val="00B47730"/>
    <w:rsid w:val="00CB0664"/>
    <w:rsid w:val="00F53EC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170952"/>
  <w14:defaultImageDpi w14:val="300"/>
  <w15:docId w15:val="{43305346-F406-4641-988A-19407199C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9D38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38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97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teampowered.com/genre/Action/?snr=1_5_9__408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https://store.steampowered.com/developer/squareenix?snr=1_5_9__2000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tore.steampowered.com/developer/squareenix?snr=1_5_9__2000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tore.steampowered.com/genre/RPG/?snr=1_5_9__4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ore.steampowered.com/genre/Adventure/?snr=1_5_9__40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abdul kabeer</cp:lastModifiedBy>
  <cp:revision>3</cp:revision>
  <dcterms:created xsi:type="dcterms:W3CDTF">2013-12-23T23:15:00Z</dcterms:created>
  <dcterms:modified xsi:type="dcterms:W3CDTF">2024-11-23T18:10:00Z</dcterms:modified>
  <cp:category/>
</cp:coreProperties>
</file>